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C4" w:rsidRPr="00C46695" w:rsidRDefault="00CA2EE8">
      <w:pPr>
        <w:pStyle w:val="1"/>
        <w:jc w:val="center"/>
        <w:rPr>
          <w:lang w:val="el-GR"/>
        </w:rPr>
      </w:pPr>
      <w:r w:rsidRPr="00C46695">
        <w:rPr>
          <w:lang w:val="el-GR"/>
        </w:rPr>
        <w:t>ΚΑΤΑΝΟΜΗ ΥΠΟΨΗΦΙΩΝ ΑΝΑ ΑΙΘΟΥΣΑ ΕΞΕΤΑΣΗΣ</w:t>
      </w:r>
    </w:p>
    <w:p w:rsidR="00900CC4" w:rsidRPr="005B43B8" w:rsidRDefault="00CA2EE8">
      <w:pPr>
        <w:pStyle w:val="21"/>
        <w:rPr>
          <w:lang w:val="el-GR"/>
        </w:rPr>
      </w:pPr>
      <w:r w:rsidRPr="005B43B8">
        <w:rPr>
          <w:lang w:val="el-GR"/>
        </w:rPr>
        <w:t>Αίθουσα 1</w:t>
      </w:r>
      <w:r w:rsidR="003454E9" w:rsidRPr="005B43B8">
        <w:rPr>
          <w:lang w:val="el-GR"/>
        </w:rPr>
        <w:t xml:space="preserve"> (Νέο κτήριο, Σίνα 3</w:t>
      </w:r>
      <w:r w:rsidR="002A06BF" w:rsidRPr="005B43B8">
        <w:rPr>
          <w:lang w:val="el-GR"/>
        </w:rPr>
        <w:t>, 1</w:t>
      </w:r>
      <w:r w:rsidR="002A06BF" w:rsidRPr="005B43B8">
        <w:rPr>
          <w:vertAlign w:val="superscript"/>
          <w:lang w:val="el-GR"/>
        </w:rPr>
        <w:t>ος</w:t>
      </w:r>
      <w:r w:rsidR="002A06BF" w:rsidRPr="005B43B8">
        <w:rPr>
          <w:lang w:val="el-GR"/>
        </w:rPr>
        <w:t xml:space="preserve"> όροφος</w:t>
      </w:r>
      <w:r w:rsidR="003454E9" w:rsidRPr="005B43B8">
        <w:rPr>
          <w:lang w:val="el-GR"/>
        </w:rPr>
        <w:t>)</w:t>
      </w:r>
    </w:p>
    <w:tbl>
      <w:tblPr>
        <w:tblStyle w:val="af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9"/>
        <w:gridCol w:w="1131"/>
        <w:gridCol w:w="4452"/>
        <w:gridCol w:w="1560"/>
      </w:tblGrid>
      <w:tr w:rsidR="00890B52" w:rsidRPr="005B43B8" w:rsidTr="00890B52">
        <w:tc>
          <w:tcPr>
            <w:tcW w:w="649" w:type="dxa"/>
          </w:tcPr>
          <w:p w:rsidR="00890B52" w:rsidRPr="005B43B8" w:rsidRDefault="00890B52" w:rsidP="00AC0E4A">
            <w:pPr>
              <w:rPr>
                <w:b/>
              </w:rPr>
            </w:pPr>
            <w:r w:rsidRPr="005B43B8">
              <w:rPr>
                <w:b/>
              </w:rPr>
              <w:t>Α/Α</w:t>
            </w:r>
          </w:p>
        </w:tc>
        <w:tc>
          <w:tcPr>
            <w:tcW w:w="1131" w:type="dxa"/>
          </w:tcPr>
          <w:p w:rsidR="00890B52" w:rsidRPr="005B43B8" w:rsidRDefault="00890B52" w:rsidP="00AC0E4A">
            <w:pPr>
              <w:rPr>
                <w:b/>
              </w:rPr>
            </w:pPr>
            <w:r w:rsidRPr="005B43B8">
              <w:rPr>
                <w:b/>
              </w:rPr>
              <w:t>Αρ. Πρωτ.</w:t>
            </w:r>
          </w:p>
        </w:tc>
        <w:tc>
          <w:tcPr>
            <w:tcW w:w="4452" w:type="dxa"/>
          </w:tcPr>
          <w:p w:rsidR="00890B52" w:rsidRPr="005B43B8" w:rsidRDefault="00890B52" w:rsidP="00AC0E4A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ΟΝΟΜΑΤΕΠΩΝΥΜΟ ΥΠΟΨΗΦΙΟΥ</w:t>
            </w:r>
          </w:p>
        </w:tc>
        <w:tc>
          <w:tcPr>
            <w:tcW w:w="1560" w:type="dxa"/>
          </w:tcPr>
          <w:p w:rsidR="00890B52" w:rsidRPr="005B43B8" w:rsidRDefault="00890B52" w:rsidP="00AC0E4A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ΠΑΡΟΥΣΙΑ</w:t>
            </w:r>
          </w:p>
        </w:tc>
      </w:tr>
      <w:tr w:rsidR="00890B52" w:rsidTr="00890B52">
        <w:tc>
          <w:tcPr>
            <w:tcW w:w="649" w:type="dxa"/>
          </w:tcPr>
          <w:p w:rsidR="00890B52" w:rsidRDefault="00890B52" w:rsidP="00AC0E4A">
            <w:r>
              <w:rPr>
                <w:lang w:val="el-GR"/>
              </w:rPr>
              <w:t xml:space="preserve"> </w:t>
            </w:r>
            <w:r>
              <w:t>1</w:t>
            </w:r>
          </w:p>
        </w:tc>
        <w:tc>
          <w:tcPr>
            <w:tcW w:w="1131" w:type="dxa"/>
          </w:tcPr>
          <w:p w:rsidR="00890B52" w:rsidRDefault="00890B52" w:rsidP="00AC0E4A">
            <w:r>
              <w:t>4879</w:t>
            </w:r>
          </w:p>
        </w:tc>
        <w:tc>
          <w:tcPr>
            <w:tcW w:w="4452" w:type="dxa"/>
          </w:tcPr>
          <w:p w:rsidR="00890B52" w:rsidRDefault="00034F0E" w:rsidP="00AC0E4A">
            <w:r>
              <w:t xml:space="preserve">ΑΛΕΞΑΝΔΡΑΤΟΥ </w:t>
            </w:r>
            <w:r w:rsidRPr="00890B52">
              <w:t>ΕΥΑΓΓΕΛΙΑ ΠΑΝΑΓΙΩΤΑ</w:t>
            </w:r>
          </w:p>
        </w:tc>
        <w:tc>
          <w:tcPr>
            <w:tcW w:w="1560" w:type="dxa"/>
          </w:tcPr>
          <w:p w:rsidR="00890B52" w:rsidRDefault="00890B52" w:rsidP="00AC0E4A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</w:t>
            </w:r>
          </w:p>
        </w:tc>
        <w:tc>
          <w:tcPr>
            <w:tcW w:w="1131" w:type="dxa"/>
          </w:tcPr>
          <w:p w:rsidR="00890B52" w:rsidRDefault="00890B52" w:rsidP="008B5083">
            <w:r>
              <w:t>4383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ΑΛΕΞΑΝΔΡΉ </w:t>
            </w:r>
            <w:r w:rsidRPr="00890B52">
              <w:t>ΉΡΑ ΘΕΟΔΏΡΑ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</w:t>
            </w:r>
          </w:p>
        </w:tc>
        <w:tc>
          <w:tcPr>
            <w:tcW w:w="1131" w:type="dxa"/>
          </w:tcPr>
          <w:p w:rsidR="00890B52" w:rsidRDefault="00890B52" w:rsidP="008B5083">
            <w:r>
              <w:t>4118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ΑΛΗΜΙΣΗΣ </w:t>
            </w:r>
            <w:r w:rsidRPr="00890B52">
              <w:t>ΑΠΟΣΤΟΛΟΣ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4</w:t>
            </w:r>
          </w:p>
        </w:tc>
        <w:tc>
          <w:tcPr>
            <w:tcW w:w="1131" w:type="dxa"/>
          </w:tcPr>
          <w:p w:rsidR="00890B52" w:rsidRDefault="00890B52" w:rsidP="008B5083">
            <w:r>
              <w:t>4107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ΑΝΔΡΈΟΥ </w:t>
            </w:r>
            <w:r w:rsidRPr="00890B52">
              <w:t>ΒΑΣΊΛΕΙΟΣ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5</w:t>
            </w:r>
          </w:p>
        </w:tc>
        <w:tc>
          <w:tcPr>
            <w:tcW w:w="1131" w:type="dxa"/>
          </w:tcPr>
          <w:p w:rsidR="00890B52" w:rsidRDefault="00890B52" w:rsidP="008B5083">
            <w:r>
              <w:t>4403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ΑΝΤΩΝΙΆΔΟΥ </w:t>
            </w:r>
            <w:r w:rsidRPr="00890B52">
              <w:t>ΜΑΡΊΑ ΚΩΝΣΤΑΝΤΊΝΑ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6</w:t>
            </w:r>
          </w:p>
        </w:tc>
        <w:tc>
          <w:tcPr>
            <w:tcW w:w="1131" w:type="dxa"/>
          </w:tcPr>
          <w:p w:rsidR="00890B52" w:rsidRDefault="00890B52" w:rsidP="008B5083">
            <w:r>
              <w:t>4835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ΑΝΤΩΝΙΟΥ </w:t>
            </w:r>
            <w:r w:rsidRPr="00890B52">
              <w:t>ΑΝΝΑ ΕΙΡΗΝΗ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7</w:t>
            </w:r>
          </w:p>
        </w:tc>
        <w:tc>
          <w:tcPr>
            <w:tcW w:w="1131" w:type="dxa"/>
          </w:tcPr>
          <w:p w:rsidR="00890B52" w:rsidRDefault="00890B52" w:rsidP="008B5083">
            <w:r>
              <w:t>4716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ΑΠΟΣΤΟΛΟΠΟΥΛΟΥ </w:t>
            </w:r>
            <w:r w:rsidRPr="00890B52">
              <w:t>ΧΡΙΣΤΙΝΑ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8</w:t>
            </w:r>
          </w:p>
        </w:tc>
        <w:tc>
          <w:tcPr>
            <w:tcW w:w="1131" w:type="dxa"/>
          </w:tcPr>
          <w:p w:rsidR="00890B52" w:rsidRDefault="00890B52" w:rsidP="008B5083">
            <w:r>
              <w:t>4829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ΑΡΓΥΡΙΟΥ </w:t>
            </w:r>
            <w:r w:rsidRPr="00F81C69">
              <w:t>ΒΑΣΙΛΙΚΗ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9</w:t>
            </w:r>
          </w:p>
        </w:tc>
        <w:tc>
          <w:tcPr>
            <w:tcW w:w="1131" w:type="dxa"/>
          </w:tcPr>
          <w:p w:rsidR="00890B52" w:rsidRDefault="00890B52" w:rsidP="008B5083">
            <w:r>
              <w:t>4637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ΑΡΣΈΝΗΣ </w:t>
            </w:r>
            <w:r w:rsidRPr="00646048">
              <w:t>ΔΗΜΟΣΘΈΝΗΣ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10</w:t>
            </w:r>
          </w:p>
        </w:tc>
        <w:tc>
          <w:tcPr>
            <w:tcW w:w="1131" w:type="dxa"/>
          </w:tcPr>
          <w:p w:rsidR="00890B52" w:rsidRDefault="00890B52" w:rsidP="008B5083">
            <w:r>
              <w:t>4422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ΒΑΛΚΑΝΑ </w:t>
            </w:r>
            <w:r w:rsidRPr="00646048">
              <w:t>ΣΟΦΙΑ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11</w:t>
            </w:r>
          </w:p>
        </w:tc>
        <w:tc>
          <w:tcPr>
            <w:tcW w:w="1131" w:type="dxa"/>
          </w:tcPr>
          <w:p w:rsidR="00890B52" w:rsidRDefault="00890B52" w:rsidP="008B5083">
            <w:r>
              <w:t>4445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ΒΑΛΤΙΝΟΥ </w:t>
            </w:r>
            <w:r w:rsidRPr="00034F0E">
              <w:t>ΜΑΡΙΑ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12</w:t>
            </w:r>
          </w:p>
        </w:tc>
        <w:tc>
          <w:tcPr>
            <w:tcW w:w="1131" w:type="dxa"/>
          </w:tcPr>
          <w:p w:rsidR="00890B52" w:rsidRDefault="00890B52" w:rsidP="008B5083">
            <w:r>
              <w:t>4578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ΒΑΡΕΛΑ </w:t>
            </w:r>
            <w:r w:rsidRPr="00034F0E">
              <w:t>ΙΩΑΝΝΑ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RPr="00034F0E" w:rsidTr="00890B52">
        <w:tc>
          <w:tcPr>
            <w:tcW w:w="649" w:type="dxa"/>
          </w:tcPr>
          <w:p w:rsidR="00890B52" w:rsidRDefault="00890B52" w:rsidP="008B5083">
            <w:r>
              <w:t>13</w:t>
            </w:r>
          </w:p>
        </w:tc>
        <w:tc>
          <w:tcPr>
            <w:tcW w:w="1131" w:type="dxa"/>
          </w:tcPr>
          <w:p w:rsidR="00890B52" w:rsidRDefault="00890B52" w:rsidP="008B5083">
            <w:r>
              <w:t>4789</w:t>
            </w:r>
          </w:p>
        </w:tc>
        <w:tc>
          <w:tcPr>
            <w:tcW w:w="4452" w:type="dxa"/>
          </w:tcPr>
          <w:p w:rsidR="00890B52" w:rsidRPr="00034F0E" w:rsidRDefault="00034F0E" w:rsidP="008B5083">
            <w:pPr>
              <w:rPr>
                <w:lang w:val="el-GR"/>
              </w:rPr>
            </w:pPr>
            <w:r w:rsidRPr="00034F0E">
              <w:rPr>
                <w:lang w:val="el-GR"/>
              </w:rPr>
              <w:t>ΒΑΣΙΛΑΚΗ ΚΥΡΙΑΚΗ ΑΝΑΣΤΑΣΙΑ</w:t>
            </w:r>
            <w:r>
              <w:rPr>
                <w:lang w:val="el-GR"/>
              </w:rPr>
              <w:t xml:space="preserve"> ΤΟΥ ΑΘΑΝΑΣΙΟΥ</w:t>
            </w:r>
          </w:p>
        </w:tc>
        <w:tc>
          <w:tcPr>
            <w:tcW w:w="1560" w:type="dxa"/>
          </w:tcPr>
          <w:p w:rsidR="00890B52" w:rsidRPr="00034F0E" w:rsidRDefault="00890B52" w:rsidP="008B5083">
            <w:pPr>
              <w:rPr>
                <w:lang w:val="el-GR"/>
              </w:rPr>
            </w:pPr>
          </w:p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14</w:t>
            </w:r>
          </w:p>
        </w:tc>
        <w:tc>
          <w:tcPr>
            <w:tcW w:w="1131" w:type="dxa"/>
          </w:tcPr>
          <w:p w:rsidR="00890B52" w:rsidRDefault="00890B52" w:rsidP="008B5083">
            <w:r>
              <w:t>4436</w:t>
            </w:r>
          </w:p>
        </w:tc>
        <w:tc>
          <w:tcPr>
            <w:tcW w:w="4452" w:type="dxa"/>
          </w:tcPr>
          <w:p w:rsidR="00890B52" w:rsidRPr="00034F0E" w:rsidRDefault="00034F0E" w:rsidP="008B5083">
            <w:pPr>
              <w:rPr>
                <w:lang w:val="el-GR"/>
              </w:rPr>
            </w:pPr>
            <w:r>
              <w:t xml:space="preserve">ΒΑΣΙΛΑΚΗ </w:t>
            </w:r>
            <w:r w:rsidRPr="00034F0E">
              <w:t>ΕΛΕΝΗ</w:t>
            </w:r>
            <w:r>
              <w:rPr>
                <w:lang w:val="el-GR"/>
              </w:rPr>
              <w:t xml:space="preserve"> ΤΟΥ ΕΜΜΑΝΟΥΗΛ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15</w:t>
            </w:r>
          </w:p>
        </w:tc>
        <w:tc>
          <w:tcPr>
            <w:tcW w:w="1131" w:type="dxa"/>
          </w:tcPr>
          <w:p w:rsidR="00890B52" w:rsidRDefault="00890B52" w:rsidP="008B5083">
            <w:r>
              <w:t>4410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ΒΑΣΙΛΑΡΑΚΗ </w:t>
            </w:r>
            <w:r w:rsidRPr="00034F0E">
              <w:t>ΙΩΑΝΝΑ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16</w:t>
            </w:r>
          </w:p>
        </w:tc>
        <w:tc>
          <w:tcPr>
            <w:tcW w:w="1131" w:type="dxa"/>
          </w:tcPr>
          <w:p w:rsidR="00890B52" w:rsidRDefault="00890B52" w:rsidP="008B5083">
            <w:r>
              <w:t>4672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ΒΑΣΙΛΙΚΟΠΟΥΛΟΣ </w:t>
            </w:r>
            <w:r w:rsidRPr="00034F0E">
              <w:t>ΒΑΣΙΛΕΙΟΣ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17</w:t>
            </w:r>
          </w:p>
        </w:tc>
        <w:tc>
          <w:tcPr>
            <w:tcW w:w="1131" w:type="dxa"/>
          </w:tcPr>
          <w:p w:rsidR="00890B52" w:rsidRDefault="00890B52" w:rsidP="008B5083">
            <w:r>
              <w:t>4685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ΒΑΣΙΛΟΠΟΥΛΟΣ </w:t>
            </w:r>
            <w:r w:rsidRPr="00034F0E">
              <w:t>ΔΗΜΗΤΡΙΟΣ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18</w:t>
            </w:r>
          </w:p>
        </w:tc>
        <w:tc>
          <w:tcPr>
            <w:tcW w:w="1131" w:type="dxa"/>
          </w:tcPr>
          <w:p w:rsidR="00890B52" w:rsidRDefault="00890B52" w:rsidP="008B5083">
            <w:r>
              <w:t>4737</w:t>
            </w:r>
          </w:p>
        </w:tc>
        <w:tc>
          <w:tcPr>
            <w:tcW w:w="4452" w:type="dxa"/>
          </w:tcPr>
          <w:p w:rsidR="00890B52" w:rsidRDefault="00034F0E" w:rsidP="008B5083">
            <w:r>
              <w:t xml:space="preserve">ΒΑΣΙΟΣ </w:t>
            </w:r>
            <w:r w:rsidRPr="00034F0E">
              <w:t>ΒΑΣΙΛΕΙΟΣ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19</w:t>
            </w:r>
          </w:p>
        </w:tc>
        <w:tc>
          <w:tcPr>
            <w:tcW w:w="1131" w:type="dxa"/>
          </w:tcPr>
          <w:p w:rsidR="00890B52" w:rsidRDefault="00890B52" w:rsidP="008B5083">
            <w:r>
              <w:t>4102</w:t>
            </w:r>
          </w:p>
        </w:tc>
        <w:tc>
          <w:tcPr>
            <w:tcW w:w="4452" w:type="dxa"/>
          </w:tcPr>
          <w:p w:rsidR="00890B52" w:rsidRDefault="00B66BFB" w:rsidP="008B5083">
            <w:r>
              <w:t xml:space="preserve">ΒΕΡΓΑΔΗΣ </w:t>
            </w:r>
            <w:r w:rsidRPr="00B66BFB">
              <w:t>ΧΑΡΑΛΑΜΠΟΣ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20</w:t>
            </w:r>
          </w:p>
        </w:tc>
        <w:tc>
          <w:tcPr>
            <w:tcW w:w="1131" w:type="dxa"/>
          </w:tcPr>
          <w:p w:rsidR="00890B52" w:rsidRDefault="00890B52" w:rsidP="008B5083">
            <w:r>
              <w:t>5011</w:t>
            </w:r>
          </w:p>
        </w:tc>
        <w:tc>
          <w:tcPr>
            <w:tcW w:w="4452" w:type="dxa"/>
          </w:tcPr>
          <w:p w:rsidR="00890B52" w:rsidRDefault="003570F7" w:rsidP="008B5083">
            <w:r w:rsidRPr="003570F7">
              <w:t>ΒΕΡΡΑ</w:t>
            </w:r>
            <w:r w:rsidRPr="003570F7">
              <w:tab/>
              <w:t>ΠΗΝΕΛΟΠΗ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21</w:t>
            </w:r>
          </w:p>
        </w:tc>
        <w:tc>
          <w:tcPr>
            <w:tcW w:w="1131" w:type="dxa"/>
          </w:tcPr>
          <w:p w:rsidR="00890B52" w:rsidRDefault="00890B52" w:rsidP="008B5083">
            <w:r>
              <w:t>5025</w:t>
            </w:r>
          </w:p>
        </w:tc>
        <w:tc>
          <w:tcPr>
            <w:tcW w:w="4452" w:type="dxa"/>
          </w:tcPr>
          <w:p w:rsidR="00890B52" w:rsidRDefault="003570F7" w:rsidP="008B5083">
            <w:r>
              <w:t xml:space="preserve">ΒΛΑΝΔΟΣ </w:t>
            </w:r>
            <w:r w:rsidRPr="003570F7">
              <w:t>ΧΡΗΣΤΟΣ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22</w:t>
            </w:r>
          </w:p>
        </w:tc>
        <w:tc>
          <w:tcPr>
            <w:tcW w:w="1131" w:type="dxa"/>
          </w:tcPr>
          <w:p w:rsidR="00890B52" w:rsidRDefault="00890B52" w:rsidP="008B5083">
            <w:r>
              <w:t>4575</w:t>
            </w:r>
          </w:p>
        </w:tc>
        <w:tc>
          <w:tcPr>
            <w:tcW w:w="4452" w:type="dxa"/>
          </w:tcPr>
          <w:p w:rsidR="00890B52" w:rsidRPr="003C3F6E" w:rsidRDefault="003570F7" w:rsidP="008B5083">
            <w:pPr>
              <w:rPr>
                <w:lang w:val="el-GR"/>
              </w:rPr>
            </w:pPr>
            <w:r>
              <w:t xml:space="preserve">ΒΛΑΧΟΣ </w:t>
            </w:r>
            <w:r w:rsidRPr="003570F7">
              <w:t>ΑΘΑΝΑΣΙΟΣ</w:t>
            </w:r>
            <w:r w:rsidR="003C3F6E">
              <w:rPr>
                <w:lang w:val="el-GR"/>
              </w:rPr>
              <w:t xml:space="preserve"> ΤΟΥ ΝΙΚΟΛΑΟΥ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23</w:t>
            </w:r>
          </w:p>
        </w:tc>
        <w:tc>
          <w:tcPr>
            <w:tcW w:w="1131" w:type="dxa"/>
          </w:tcPr>
          <w:p w:rsidR="00890B52" w:rsidRDefault="00890B52" w:rsidP="008B5083">
            <w:r>
              <w:t>4398</w:t>
            </w:r>
          </w:p>
        </w:tc>
        <w:tc>
          <w:tcPr>
            <w:tcW w:w="4452" w:type="dxa"/>
          </w:tcPr>
          <w:p w:rsidR="00890B52" w:rsidRPr="003C3F6E" w:rsidRDefault="003C3F6E" w:rsidP="008B5083">
            <w:pPr>
              <w:rPr>
                <w:lang w:val="el-GR"/>
              </w:rPr>
            </w:pPr>
            <w:r>
              <w:t xml:space="preserve">ΒΛΑΧΟΥ </w:t>
            </w:r>
            <w:r w:rsidRPr="003C3F6E">
              <w:t>ΚΥΡΙΑΚΗ</w:t>
            </w:r>
            <w:r>
              <w:rPr>
                <w:lang w:val="el-GR"/>
              </w:rPr>
              <w:t xml:space="preserve"> ΤΟΥ ΝΙΚΟΛΑΟΥ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24</w:t>
            </w:r>
          </w:p>
        </w:tc>
        <w:tc>
          <w:tcPr>
            <w:tcW w:w="1131" w:type="dxa"/>
          </w:tcPr>
          <w:p w:rsidR="00890B52" w:rsidRDefault="00890B52" w:rsidP="008B5083">
            <w:r>
              <w:t>4270</w:t>
            </w:r>
          </w:p>
        </w:tc>
        <w:tc>
          <w:tcPr>
            <w:tcW w:w="4452" w:type="dxa"/>
          </w:tcPr>
          <w:p w:rsidR="00890B52" w:rsidRDefault="00553D29" w:rsidP="008B5083">
            <w:r w:rsidRPr="00553D29">
              <w:t>ΒΟΝΤΑ</w:t>
            </w:r>
            <w:r w:rsidRPr="00553D29">
              <w:tab/>
            </w:r>
            <w:r>
              <w:rPr>
                <w:lang w:val="el-GR"/>
              </w:rPr>
              <w:t xml:space="preserve"> </w:t>
            </w:r>
            <w:r w:rsidRPr="00553D29">
              <w:t>ΣΤΑΜΑΤΙΝΑ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25</w:t>
            </w:r>
          </w:p>
        </w:tc>
        <w:tc>
          <w:tcPr>
            <w:tcW w:w="1131" w:type="dxa"/>
          </w:tcPr>
          <w:p w:rsidR="00890B52" w:rsidRDefault="00890B52" w:rsidP="008B5083">
            <w:r>
              <w:t>5080</w:t>
            </w:r>
          </w:p>
        </w:tc>
        <w:tc>
          <w:tcPr>
            <w:tcW w:w="4452" w:type="dxa"/>
          </w:tcPr>
          <w:p w:rsidR="00890B52" w:rsidRDefault="00553D29" w:rsidP="008B5083">
            <w:r w:rsidRPr="00553D29">
              <w:t>ΒΡΑΧΆ</w:t>
            </w:r>
            <w:r w:rsidRPr="00553D29">
              <w:tab/>
              <w:t>ΒΑΣΙΛΙΚΉ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26</w:t>
            </w:r>
          </w:p>
        </w:tc>
        <w:tc>
          <w:tcPr>
            <w:tcW w:w="1131" w:type="dxa"/>
          </w:tcPr>
          <w:p w:rsidR="00890B52" w:rsidRDefault="00890B52" w:rsidP="008B5083">
            <w:r>
              <w:t>5065</w:t>
            </w:r>
          </w:p>
        </w:tc>
        <w:tc>
          <w:tcPr>
            <w:tcW w:w="4452" w:type="dxa"/>
          </w:tcPr>
          <w:p w:rsidR="00890B52" w:rsidRDefault="00553D29" w:rsidP="008B5083">
            <w:r>
              <w:t xml:space="preserve">ΓΑΒΡΙΏΤΗΣ </w:t>
            </w:r>
            <w:r w:rsidRPr="00553D29">
              <w:t>ΓΕΏΡΓΙΟΣ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RPr="00A02AEB" w:rsidTr="00890B52">
        <w:tc>
          <w:tcPr>
            <w:tcW w:w="649" w:type="dxa"/>
          </w:tcPr>
          <w:p w:rsidR="00890B52" w:rsidRDefault="00890B52" w:rsidP="008B5083">
            <w:r>
              <w:t>27</w:t>
            </w:r>
          </w:p>
        </w:tc>
        <w:tc>
          <w:tcPr>
            <w:tcW w:w="1131" w:type="dxa"/>
          </w:tcPr>
          <w:p w:rsidR="00890B52" w:rsidRDefault="00890B52" w:rsidP="008B5083">
            <w:r>
              <w:t>77617</w:t>
            </w:r>
          </w:p>
        </w:tc>
        <w:tc>
          <w:tcPr>
            <w:tcW w:w="4452" w:type="dxa"/>
          </w:tcPr>
          <w:p w:rsidR="00890B52" w:rsidRPr="00A02AEB" w:rsidRDefault="00553D29" w:rsidP="008B5083">
            <w:pPr>
              <w:rPr>
                <w:lang w:val="el-GR"/>
              </w:rPr>
            </w:pPr>
            <w:r w:rsidRPr="00A02AEB">
              <w:rPr>
                <w:lang w:val="el-GR"/>
              </w:rPr>
              <w:t>ΓΑΛΑΝΗ ΚΩΝΣΤΑΝΤΙΝΑ</w:t>
            </w:r>
            <w:r w:rsidR="00A02AEB">
              <w:rPr>
                <w:lang w:val="el-GR"/>
              </w:rPr>
              <w:t xml:space="preserve"> ΤΟΥ ΚΩΝ/ΝΟΥ</w:t>
            </w:r>
          </w:p>
        </w:tc>
        <w:tc>
          <w:tcPr>
            <w:tcW w:w="1560" w:type="dxa"/>
          </w:tcPr>
          <w:p w:rsidR="00890B52" w:rsidRPr="00A02AEB" w:rsidRDefault="00890B52" w:rsidP="008B5083">
            <w:pPr>
              <w:rPr>
                <w:lang w:val="el-GR"/>
              </w:rPr>
            </w:pPr>
          </w:p>
        </w:tc>
      </w:tr>
      <w:tr w:rsidR="00890B52" w:rsidRPr="00553D29" w:rsidTr="00890B52">
        <w:tc>
          <w:tcPr>
            <w:tcW w:w="649" w:type="dxa"/>
          </w:tcPr>
          <w:p w:rsidR="00890B52" w:rsidRDefault="00890B52" w:rsidP="008B5083">
            <w:r>
              <w:t>28</w:t>
            </w:r>
          </w:p>
        </w:tc>
        <w:tc>
          <w:tcPr>
            <w:tcW w:w="1131" w:type="dxa"/>
          </w:tcPr>
          <w:p w:rsidR="00890B52" w:rsidRDefault="00890B52" w:rsidP="008B5083">
            <w:r>
              <w:t>4688</w:t>
            </w:r>
          </w:p>
        </w:tc>
        <w:tc>
          <w:tcPr>
            <w:tcW w:w="4452" w:type="dxa"/>
          </w:tcPr>
          <w:p w:rsidR="00890B52" w:rsidRPr="00553D29" w:rsidRDefault="00553D29" w:rsidP="008B5083">
            <w:pPr>
              <w:rPr>
                <w:lang w:val="el-GR"/>
              </w:rPr>
            </w:pPr>
            <w:r w:rsidRPr="00553D29">
              <w:rPr>
                <w:lang w:val="el-GR"/>
              </w:rPr>
              <w:t>ΓΑΛΑΝΗΣ ΑΡΙΣΤΟΤΕΛΗΣ ΑΝΔΡΕΑΣ</w:t>
            </w:r>
            <w:r>
              <w:rPr>
                <w:lang w:val="el-GR"/>
              </w:rPr>
              <w:t xml:space="preserve"> ΤΟΥ ΔΗΜΗΤΡΙΟΥ</w:t>
            </w:r>
          </w:p>
        </w:tc>
        <w:tc>
          <w:tcPr>
            <w:tcW w:w="1560" w:type="dxa"/>
          </w:tcPr>
          <w:p w:rsidR="00890B52" w:rsidRPr="00553D29" w:rsidRDefault="00890B52" w:rsidP="008B5083">
            <w:pPr>
              <w:rPr>
                <w:lang w:val="el-GR"/>
              </w:rPr>
            </w:pPr>
          </w:p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29</w:t>
            </w:r>
          </w:p>
        </w:tc>
        <w:tc>
          <w:tcPr>
            <w:tcW w:w="1131" w:type="dxa"/>
          </w:tcPr>
          <w:p w:rsidR="00890B52" w:rsidRDefault="00890B52" w:rsidP="008B5083">
            <w:r>
              <w:t>4548</w:t>
            </w:r>
          </w:p>
        </w:tc>
        <w:tc>
          <w:tcPr>
            <w:tcW w:w="4452" w:type="dxa"/>
          </w:tcPr>
          <w:p w:rsidR="00890B52" w:rsidRDefault="00D716FF" w:rsidP="008B5083">
            <w:r>
              <w:t xml:space="preserve">ΓΑΛΗΝΟΥ </w:t>
            </w:r>
            <w:r w:rsidRPr="00D716FF">
              <w:t>ΑΘΑΝΑΣΙΑ-ΘΕΟΔΩΡΑ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30</w:t>
            </w:r>
          </w:p>
        </w:tc>
        <w:tc>
          <w:tcPr>
            <w:tcW w:w="1131" w:type="dxa"/>
          </w:tcPr>
          <w:p w:rsidR="00890B52" w:rsidRDefault="00890B52" w:rsidP="008B5083">
            <w:r>
              <w:t>4601</w:t>
            </w:r>
          </w:p>
        </w:tc>
        <w:tc>
          <w:tcPr>
            <w:tcW w:w="4452" w:type="dxa"/>
          </w:tcPr>
          <w:p w:rsidR="00890B52" w:rsidRDefault="00D716FF" w:rsidP="008B5083">
            <w:r>
              <w:t xml:space="preserve">ΓΕΩΡΓΑΚΟΠΟΥΛΟΣ </w:t>
            </w:r>
            <w:r w:rsidRPr="00D716FF">
              <w:t>ΚΩΝΣΤΑΝΤΙΝΟΣ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31</w:t>
            </w:r>
          </w:p>
        </w:tc>
        <w:tc>
          <w:tcPr>
            <w:tcW w:w="1131" w:type="dxa"/>
          </w:tcPr>
          <w:p w:rsidR="00890B52" w:rsidRDefault="00890B52" w:rsidP="008B5083">
            <w:r>
              <w:t>4676</w:t>
            </w:r>
          </w:p>
        </w:tc>
        <w:tc>
          <w:tcPr>
            <w:tcW w:w="4452" w:type="dxa"/>
          </w:tcPr>
          <w:p w:rsidR="00890B52" w:rsidRDefault="00D716FF" w:rsidP="008B5083">
            <w:r>
              <w:t xml:space="preserve">ΓΕΩΡΓΙΑΔΗ </w:t>
            </w:r>
            <w:r w:rsidRPr="00D716FF">
              <w:t>ΑΙΚΑΤΕΡΙΝΗ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32</w:t>
            </w:r>
          </w:p>
        </w:tc>
        <w:tc>
          <w:tcPr>
            <w:tcW w:w="1131" w:type="dxa"/>
          </w:tcPr>
          <w:p w:rsidR="00890B52" w:rsidRDefault="00890B52" w:rsidP="008B5083">
            <w:r>
              <w:t>4615</w:t>
            </w:r>
          </w:p>
        </w:tc>
        <w:tc>
          <w:tcPr>
            <w:tcW w:w="4452" w:type="dxa"/>
          </w:tcPr>
          <w:p w:rsidR="00890B52" w:rsidRDefault="00D716FF" w:rsidP="008B5083">
            <w:r>
              <w:t xml:space="preserve">ΓΕΩΡΓΊΟΥ </w:t>
            </w:r>
            <w:r w:rsidRPr="00D716FF">
              <w:t>ΓΕΩΡΓΊΑ-ΜΑΡΊΑ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33</w:t>
            </w:r>
          </w:p>
        </w:tc>
        <w:tc>
          <w:tcPr>
            <w:tcW w:w="1131" w:type="dxa"/>
          </w:tcPr>
          <w:p w:rsidR="00890B52" w:rsidRDefault="00890B52" w:rsidP="008B5083">
            <w:r>
              <w:t>4866</w:t>
            </w:r>
          </w:p>
        </w:tc>
        <w:tc>
          <w:tcPr>
            <w:tcW w:w="4452" w:type="dxa"/>
          </w:tcPr>
          <w:p w:rsidR="00890B52" w:rsidRDefault="0091504F" w:rsidP="008B5083">
            <w:r>
              <w:t xml:space="preserve">ΓΙΑΝΝΑΚΟΥ </w:t>
            </w:r>
            <w:r w:rsidRPr="0091504F">
              <w:t>ΑΝΝΑ ΜΑΡΙΑ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34</w:t>
            </w:r>
          </w:p>
        </w:tc>
        <w:tc>
          <w:tcPr>
            <w:tcW w:w="1131" w:type="dxa"/>
          </w:tcPr>
          <w:p w:rsidR="00890B52" w:rsidRDefault="00890B52" w:rsidP="008B5083">
            <w:r>
              <w:t>4175</w:t>
            </w:r>
          </w:p>
        </w:tc>
        <w:tc>
          <w:tcPr>
            <w:tcW w:w="4452" w:type="dxa"/>
          </w:tcPr>
          <w:p w:rsidR="00890B52" w:rsidRDefault="0091504F" w:rsidP="008B5083">
            <w:r w:rsidRPr="0091504F">
              <w:t>ΓΙΑΝΝΑΡΑΚΟΣ</w:t>
            </w:r>
            <w:r w:rsidRPr="0091504F">
              <w:tab/>
            </w:r>
            <w:r>
              <w:rPr>
                <w:lang w:val="el-GR"/>
              </w:rPr>
              <w:t xml:space="preserve"> </w:t>
            </w:r>
            <w:r w:rsidRPr="0091504F">
              <w:t>ΓΕΩΡΓΙΟΣ-ΦΙΛΙΠΠΟΣ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35</w:t>
            </w:r>
          </w:p>
        </w:tc>
        <w:tc>
          <w:tcPr>
            <w:tcW w:w="1131" w:type="dxa"/>
          </w:tcPr>
          <w:p w:rsidR="00890B52" w:rsidRDefault="00890B52" w:rsidP="008B5083">
            <w:r>
              <w:t>4609</w:t>
            </w:r>
          </w:p>
        </w:tc>
        <w:tc>
          <w:tcPr>
            <w:tcW w:w="4452" w:type="dxa"/>
          </w:tcPr>
          <w:p w:rsidR="00890B52" w:rsidRPr="0091504F" w:rsidRDefault="0091504F" w:rsidP="008B5083">
            <w:pPr>
              <w:rPr>
                <w:lang w:val="el-GR"/>
              </w:rPr>
            </w:pPr>
            <w:r>
              <w:t xml:space="preserve">ΓΙΑΝΝΟΠΟΥΛΟΥ </w:t>
            </w:r>
            <w:r w:rsidRPr="0091504F">
              <w:t>ΝΙΚΗ</w:t>
            </w:r>
            <w:r>
              <w:rPr>
                <w:lang w:val="el-GR"/>
              </w:rPr>
              <w:t xml:space="preserve"> ΤΟΥ ΣΠΥΡΟΥ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36</w:t>
            </w:r>
          </w:p>
        </w:tc>
        <w:tc>
          <w:tcPr>
            <w:tcW w:w="1131" w:type="dxa"/>
          </w:tcPr>
          <w:p w:rsidR="00890B52" w:rsidRDefault="00890B52" w:rsidP="008B5083">
            <w:r>
              <w:t>4536</w:t>
            </w:r>
          </w:p>
        </w:tc>
        <w:tc>
          <w:tcPr>
            <w:tcW w:w="4452" w:type="dxa"/>
          </w:tcPr>
          <w:p w:rsidR="00890B52" w:rsidRPr="0091504F" w:rsidRDefault="0091504F" w:rsidP="008B5083">
            <w:pPr>
              <w:rPr>
                <w:lang w:val="el-GR"/>
              </w:rPr>
            </w:pPr>
            <w:r w:rsidRPr="0091504F">
              <w:t>ΓΙΑΝΝΟΠΟΥ</w:t>
            </w:r>
            <w:r>
              <w:t xml:space="preserve">ΛΟΥ </w:t>
            </w:r>
            <w:r w:rsidRPr="0091504F">
              <w:t>ΜΑΡΙΑ</w:t>
            </w:r>
            <w:r>
              <w:rPr>
                <w:lang w:val="el-GR"/>
              </w:rPr>
              <w:t xml:space="preserve"> ΤΟΥ ΝΙΚΟΛΑΟΥ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37</w:t>
            </w:r>
          </w:p>
        </w:tc>
        <w:tc>
          <w:tcPr>
            <w:tcW w:w="1131" w:type="dxa"/>
          </w:tcPr>
          <w:p w:rsidR="00890B52" w:rsidRDefault="00890B52" w:rsidP="008B5083">
            <w:r>
              <w:t>4869</w:t>
            </w:r>
          </w:p>
        </w:tc>
        <w:tc>
          <w:tcPr>
            <w:tcW w:w="4452" w:type="dxa"/>
          </w:tcPr>
          <w:p w:rsidR="00890B52" w:rsidRDefault="00E534C1" w:rsidP="008B5083">
            <w:r>
              <w:t xml:space="preserve">ΓΙΑΝΝΟΥ </w:t>
            </w:r>
            <w:r w:rsidRPr="00E534C1">
              <w:t>ΕΙΡΗΝΗ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38</w:t>
            </w:r>
          </w:p>
        </w:tc>
        <w:tc>
          <w:tcPr>
            <w:tcW w:w="1131" w:type="dxa"/>
          </w:tcPr>
          <w:p w:rsidR="00890B52" w:rsidRDefault="00890B52" w:rsidP="008B5083">
            <w:r>
              <w:t>4119</w:t>
            </w:r>
          </w:p>
        </w:tc>
        <w:tc>
          <w:tcPr>
            <w:tcW w:w="4452" w:type="dxa"/>
          </w:tcPr>
          <w:p w:rsidR="00890B52" w:rsidRPr="00E534C1" w:rsidRDefault="00E534C1" w:rsidP="008B5083">
            <w:pPr>
              <w:rPr>
                <w:lang w:val="el-GR"/>
              </w:rPr>
            </w:pPr>
            <w:r>
              <w:t xml:space="preserve">ΓΙΑΝΝΟΥΛΗ </w:t>
            </w:r>
            <w:r w:rsidRPr="00E534C1">
              <w:t>ΙΩΑΝΝΑ</w:t>
            </w:r>
            <w:r>
              <w:rPr>
                <w:lang w:val="el-GR"/>
              </w:rPr>
              <w:t xml:space="preserve"> ΤΟΥ ΘΕΟΔΩΡΟΥ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39</w:t>
            </w:r>
          </w:p>
        </w:tc>
        <w:tc>
          <w:tcPr>
            <w:tcW w:w="1131" w:type="dxa"/>
          </w:tcPr>
          <w:p w:rsidR="00890B52" w:rsidRDefault="00890B52" w:rsidP="008B5083">
            <w:r>
              <w:t>4284</w:t>
            </w:r>
          </w:p>
        </w:tc>
        <w:tc>
          <w:tcPr>
            <w:tcW w:w="4452" w:type="dxa"/>
          </w:tcPr>
          <w:p w:rsidR="00890B52" w:rsidRPr="00E534C1" w:rsidRDefault="00E534C1" w:rsidP="008B5083">
            <w:pPr>
              <w:rPr>
                <w:lang w:val="el-GR"/>
              </w:rPr>
            </w:pPr>
            <w:r w:rsidRPr="00E534C1">
              <w:t>ΓΙΑΝΝΟΥΛΗΣ</w:t>
            </w:r>
            <w:r w:rsidRPr="00E534C1">
              <w:tab/>
              <w:t>ΓΕΩΡΓΙΟΣ</w:t>
            </w:r>
            <w:r>
              <w:rPr>
                <w:lang w:val="el-GR"/>
              </w:rPr>
              <w:t xml:space="preserve"> ΤΟΥ ΦΙΛΙΠΠΟΥ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lastRenderedPageBreak/>
              <w:t>40</w:t>
            </w:r>
          </w:p>
        </w:tc>
        <w:tc>
          <w:tcPr>
            <w:tcW w:w="1131" w:type="dxa"/>
          </w:tcPr>
          <w:p w:rsidR="00890B52" w:rsidRDefault="00890B52" w:rsidP="008B5083">
            <w:r>
              <w:t>5108</w:t>
            </w:r>
          </w:p>
        </w:tc>
        <w:tc>
          <w:tcPr>
            <w:tcW w:w="4452" w:type="dxa"/>
          </w:tcPr>
          <w:p w:rsidR="00890B52" w:rsidRDefault="00E534C1" w:rsidP="008B5083">
            <w:r>
              <w:t xml:space="preserve">ΓΙΟΥΚΑΚΗ </w:t>
            </w:r>
            <w:r w:rsidRPr="00E534C1">
              <w:t>ΑΝΔΡΙΑΝΗ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890B52">
        <w:tc>
          <w:tcPr>
            <w:tcW w:w="649" w:type="dxa"/>
          </w:tcPr>
          <w:p w:rsidR="00890B52" w:rsidRDefault="00890B52" w:rsidP="008B5083">
            <w:r>
              <w:t>41</w:t>
            </w:r>
          </w:p>
        </w:tc>
        <w:tc>
          <w:tcPr>
            <w:tcW w:w="1131" w:type="dxa"/>
          </w:tcPr>
          <w:p w:rsidR="00890B52" w:rsidRDefault="00890B52" w:rsidP="008B5083">
            <w:r>
              <w:t>4208</w:t>
            </w:r>
          </w:p>
        </w:tc>
        <w:tc>
          <w:tcPr>
            <w:tcW w:w="4452" w:type="dxa"/>
          </w:tcPr>
          <w:p w:rsidR="00890B52" w:rsidRDefault="00E534C1" w:rsidP="008B5083">
            <w:r w:rsidRPr="00E534C1">
              <w:t>ΓΚΊΚΑ</w:t>
            </w:r>
            <w:r w:rsidRPr="00E534C1">
              <w:tab/>
              <w:t>ΑΝΑΣΤΑΣΊΑ</w:t>
            </w:r>
          </w:p>
        </w:tc>
        <w:tc>
          <w:tcPr>
            <w:tcW w:w="1560" w:type="dxa"/>
          </w:tcPr>
          <w:p w:rsidR="00890B52" w:rsidRDefault="00890B52" w:rsidP="008B5083"/>
        </w:tc>
      </w:tr>
      <w:tr w:rsidR="00890B52" w:rsidTr="00294AD3">
        <w:trPr>
          <w:trHeight w:val="438"/>
        </w:trPr>
        <w:tc>
          <w:tcPr>
            <w:tcW w:w="649" w:type="dxa"/>
          </w:tcPr>
          <w:p w:rsidR="00890B52" w:rsidRDefault="00890B52" w:rsidP="00890B52">
            <w:r>
              <w:t>42</w:t>
            </w:r>
          </w:p>
        </w:tc>
        <w:tc>
          <w:tcPr>
            <w:tcW w:w="1131" w:type="dxa"/>
          </w:tcPr>
          <w:p w:rsidR="00890B52" w:rsidRDefault="00890B52" w:rsidP="00890B52">
            <w:r>
              <w:t>4646</w:t>
            </w:r>
          </w:p>
        </w:tc>
        <w:tc>
          <w:tcPr>
            <w:tcW w:w="4452" w:type="dxa"/>
          </w:tcPr>
          <w:p w:rsidR="00890B52" w:rsidRDefault="00F05845" w:rsidP="00890B52">
            <w:r w:rsidRPr="00F05845">
              <w:t>ΓΚΙΝΗ</w:t>
            </w:r>
            <w:r w:rsidRPr="00F05845">
              <w:tab/>
              <w:t>ΦΙΛΟΘΕΗ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43</w:t>
            </w:r>
          </w:p>
        </w:tc>
        <w:tc>
          <w:tcPr>
            <w:tcW w:w="1131" w:type="dxa"/>
          </w:tcPr>
          <w:p w:rsidR="00890B52" w:rsidRDefault="00890B52" w:rsidP="00890B52">
            <w:r>
              <w:t>4717</w:t>
            </w:r>
          </w:p>
        </w:tc>
        <w:tc>
          <w:tcPr>
            <w:tcW w:w="4452" w:type="dxa"/>
          </w:tcPr>
          <w:p w:rsidR="00890B52" w:rsidRDefault="00F05845" w:rsidP="00890B52">
            <w:r>
              <w:t xml:space="preserve">ΓΚΡΟΥΤΣΗΣ </w:t>
            </w:r>
            <w:r w:rsidRPr="00F05845">
              <w:t>ΕΥΑΓΓΕΛΟΣ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44</w:t>
            </w:r>
          </w:p>
        </w:tc>
        <w:tc>
          <w:tcPr>
            <w:tcW w:w="1131" w:type="dxa"/>
          </w:tcPr>
          <w:p w:rsidR="00890B52" w:rsidRDefault="00890B52" w:rsidP="00890B52">
            <w:r>
              <w:t>4147</w:t>
            </w:r>
          </w:p>
        </w:tc>
        <w:tc>
          <w:tcPr>
            <w:tcW w:w="4452" w:type="dxa"/>
          </w:tcPr>
          <w:p w:rsidR="00890B52" w:rsidRDefault="00F05845" w:rsidP="00890B52">
            <w:r>
              <w:t xml:space="preserve">ΓΛΟΥ </w:t>
            </w:r>
            <w:r w:rsidRPr="00F05845">
              <w:t>ΖΗΝΟΒΊΑ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45</w:t>
            </w:r>
          </w:p>
        </w:tc>
        <w:tc>
          <w:tcPr>
            <w:tcW w:w="1131" w:type="dxa"/>
          </w:tcPr>
          <w:p w:rsidR="00890B52" w:rsidRDefault="00890B52" w:rsidP="00890B52">
            <w:r>
              <w:t>4204</w:t>
            </w:r>
          </w:p>
        </w:tc>
        <w:tc>
          <w:tcPr>
            <w:tcW w:w="4452" w:type="dxa"/>
          </w:tcPr>
          <w:p w:rsidR="00890B52" w:rsidRPr="00466F78" w:rsidRDefault="00466F78" w:rsidP="00890B52">
            <w:pPr>
              <w:rPr>
                <w:lang w:val="el-GR"/>
              </w:rPr>
            </w:pPr>
            <w:r>
              <w:t xml:space="preserve">ΓΟΥΝΑΡΗ </w:t>
            </w:r>
            <w:r w:rsidRPr="00466F78">
              <w:t>ΠΟΥΛΧΕΡΙΑ</w:t>
            </w:r>
            <w:r>
              <w:rPr>
                <w:lang w:val="el-GR"/>
              </w:rPr>
              <w:t xml:space="preserve"> ΤΟΥ ΧΡΥΣΟΣΤΟΜΟΥ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46</w:t>
            </w:r>
          </w:p>
        </w:tc>
        <w:tc>
          <w:tcPr>
            <w:tcW w:w="1131" w:type="dxa"/>
          </w:tcPr>
          <w:p w:rsidR="00890B52" w:rsidRDefault="00890B52" w:rsidP="00890B52">
            <w:r>
              <w:t>4925</w:t>
            </w:r>
          </w:p>
        </w:tc>
        <w:tc>
          <w:tcPr>
            <w:tcW w:w="4452" w:type="dxa"/>
          </w:tcPr>
          <w:p w:rsidR="00890B52" w:rsidRPr="00466F78" w:rsidRDefault="00466F78" w:rsidP="00890B52">
            <w:pPr>
              <w:rPr>
                <w:lang w:val="el-GR"/>
              </w:rPr>
            </w:pPr>
            <w:r>
              <w:t xml:space="preserve">ΓΟΎΝΑΡΗ </w:t>
            </w:r>
            <w:r w:rsidRPr="00466F78">
              <w:t>ΕΥΓΕΝΊΑ</w:t>
            </w:r>
            <w:r>
              <w:rPr>
                <w:lang w:val="el-GR"/>
              </w:rPr>
              <w:t xml:space="preserve"> ΤΟΥ ΙΩΑΝΝΗ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RPr="00966F3C" w:rsidTr="00294AD3">
        <w:tc>
          <w:tcPr>
            <w:tcW w:w="649" w:type="dxa"/>
          </w:tcPr>
          <w:p w:rsidR="00890B52" w:rsidRDefault="00890B52" w:rsidP="00890B52">
            <w:r>
              <w:t>47</w:t>
            </w:r>
          </w:p>
        </w:tc>
        <w:tc>
          <w:tcPr>
            <w:tcW w:w="1131" w:type="dxa"/>
          </w:tcPr>
          <w:p w:rsidR="00890B52" w:rsidRDefault="00890B52" w:rsidP="00890B52">
            <w:r>
              <w:t>4451</w:t>
            </w:r>
          </w:p>
        </w:tc>
        <w:tc>
          <w:tcPr>
            <w:tcW w:w="4452" w:type="dxa"/>
          </w:tcPr>
          <w:p w:rsidR="00890B52" w:rsidRPr="00966F3C" w:rsidRDefault="00966F3C" w:rsidP="00890B52">
            <w:pPr>
              <w:rPr>
                <w:lang w:val="el-GR"/>
              </w:rPr>
            </w:pPr>
            <w:r w:rsidRPr="00966F3C">
              <w:rPr>
                <w:lang w:val="el-GR"/>
              </w:rPr>
              <w:t>ΓΡΑΙΚΌΣ ΑΛΚΊΝΟΟΣ-ΝΙΚΌΛΑΟΣ</w:t>
            </w:r>
            <w:r>
              <w:rPr>
                <w:lang w:val="el-GR"/>
              </w:rPr>
              <w:t xml:space="preserve"> ΤΟΥ ΣΩΤΗΡΙΟΥ</w:t>
            </w:r>
          </w:p>
        </w:tc>
        <w:tc>
          <w:tcPr>
            <w:tcW w:w="1560" w:type="dxa"/>
          </w:tcPr>
          <w:p w:rsidR="00890B52" w:rsidRPr="00966F3C" w:rsidRDefault="00890B52" w:rsidP="00890B52">
            <w:pPr>
              <w:rPr>
                <w:lang w:val="el-GR"/>
              </w:rPr>
            </w:pPr>
          </w:p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48</w:t>
            </w:r>
          </w:p>
        </w:tc>
        <w:tc>
          <w:tcPr>
            <w:tcW w:w="1131" w:type="dxa"/>
          </w:tcPr>
          <w:p w:rsidR="00890B52" w:rsidRDefault="00890B52" w:rsidP="00890B52">
            <w:r>
              <w:t>4452</w:t>
            </w:r>
          </w:p>
        </w:tc>
        <w:tc>
          <w:tcPr>
            <w:tcW w:w="4452" w:type="dxa"/>
          </w:tcPr>
          <w:p w:rsidR="00890B52" w:rsidRPr="00966F3C" w:rsidRDefault="00966F3C" w:rsidP="00890B52">
            <w:pPr>
              <w:rPr>
                <w:lang w:val="el-GR"/>
              </w:rPr>
            </w:pPr>
            <w:r>
              <w:t xml:space="preserve">ΓΡΑΙΚΟΎ </w:t>
            </w:r>
            <w:r w:rsidRPr="00966F3C">
              <w:t>ΦΩΤΕΙΝΉ</w:t>
            </w:r>
            <w:r>
              <w:rPr>
                <w:lang w:val="el-GR"/>
              </w:rPr>
              <w:t xml:space="preserve"> ΤΟΥ ΣΩΤΗΡΙΟΥ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49</w:t>
            </w:r>
          </w:p>
        </w:tc>
        <w:tc>
          <w:tcPr>
            <w:tcW w:w="1131" w:type="dxa"/>
          </w:tcPr>
          <w:p w:rsidR="00890B52" w:rsidRDefault="00890B52" w:rsidP="00890B52">
            <w:r>
              <w:t>4125</w:t>
            </w:r>
          </w:p>
        </w:tc>
        <w:tc>
          <w:tcPr>
            <w:tcW w:w="4452" w:type="dxa"/>
          </w:tcPr>
          <w:p w:rsidR="00890B52" w:rsidRDefault="009A4D74" w:rsidP="009A4D74">
            <w:r>
              <w:t>ΔΑΜΊΓΟΣ</w:t>
            </w:r>
            <w:r>
              <w:rPr>
                <w:lang w:val="el-GR"/>
              </w:rPr>
              <w:t>-</w:t>
            </w:r>
            <w:r>
              <w:t xml:space="preserve">ΖΑΜΑΝΊΚΑΣ </w:t>
            </w:r>
            <w:r w:rsidRPr="009A4D74">
              <w:t>ΧΑΡΆΛΑΜΠΟΣ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50</w:t>
            </w:r>
          </w:p>
        </w:tc>
        <w:tc>
          <w:tcPr>
            <w:tcW w:w="1131" w:type="dxa"/>
          </w:tcPr>
          <w:p w:rsidR="00890B52" w:rsidRDefault="00890B52" w:rsidP="00890B52">
            <w:r>
              <w:t>4733</w:t>
            </w:r>
          </w:p>
        </w:tc>
        <w:tc>
          <w:tcPr>
            <w:tcW w:w="4452" w:type="dxa"/>
          </w:tcPr>
          <w:p w:rsidR="00890B52" w:rsidRDefault="009A4D74" w:rsidP="00890B52">
            <w:r w:rsidRPr="009A4D74">
              <w:t>ΔΑΡΑΣ</w:t>
            </w:r>
            <w:r w:rsidRPr="009A4D74">
              <w:tab/>
              <w:t>ΙΩΑΚΕΙΜ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51</w:t>
            </w:r>
          </w:p>
        </w:tc>
        <w:tc>
          <w:tcPr>
            <w:tcW w:w="1131" w:type="dxa"/>
          </w:tcPr>
          <w:p w:rsidR="00890B52" w:rsidRDefault="00890B52" w:rsidP="00890B52">
            <w:r>
              <w:t>4475</w:t>
            </w:r>
          </w:p>
        </w:tc>
        <w:tc>
          <w:tcPr>
            <w:tcW w:w="4452" w:type="dxa"/>
          </w:tcPr>
          <w:p w:rsidR="00890B52" w:rsidRDefault="00A51A37" w:rsidP="00890B52">
            <w:r>
              <w:t xml:space="preserve">ΔΕΛΗΘΑΝΆΣΗ </w:t>
            </w:r>
            <w:r w:rsidRPr="009A4D74">
              <w:t>ΜΑΡΙΆΝΘΗ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52</w:t>
            </w:r>
          </w:p>
        </w:tc>
        <w:tc>
          <w:tcPr>
            <w:tcW w:w="1131" w:type="dxa"/>
          </w:tcPr>
          <w:p w:rsidR="00890B52" w:rsidRDefault="00890B52" w:rsidP="00890B52">
            <w:r>
              <w:t>4645</w:t>
            </w:r>
          </w:p>
        </w:tc>
        <w:tc>
          <w:tcPr>
            <w:tcW w:w="4452" w:type="dxa"/>
          </w:tcPr>
          <w:p w:rsidR="00890B52" w:rsidRDefault="00A51A37" w:rsidP="00890B52">
            <w:r w:rsidRPr="009A4D74">
              <w:t>ΔΕΡΜΙΤΖΑΚΗΣ</w:t>
            </w:r>
            <w:r w:rsidRPr="009A4D74">
              <w:tab/>
            </w:r>
            <w:r>
              <w:rPr>
                <w:lang w:val="el-GR"/>
              </w:rPr>
              <w:t xml:space="preserve"> </w:t>
            </w:r>
            <w:r w:rsidRPr="009A4D74">
              <w:t>ΑΝΤΩΝΙΟΣ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53</w:t>
            </w:r>
          </w:p>
        </w:tc>
        <w:tc>
          <w:tcPr>
            <w:tcW w:w="1131" w:type="dxa"/>
          </w:tcPr>
          <w:p w:rsidR="00890B52" w:rsidRDefault="00890B52" w:rsidP="00890B52">
            <w:r>
              <w:t>4958</w:t>
            </w:r>
          </w:p>
        </w:tc>
        <w:tc>
          <w:tcPr>
            <w:tcW w:w="4452" w:type="dxa"/>
          </w:tcPr>
          <w:p w:rsidR="00890B52" w:rsidRDefault="00A51A37" w:rsidP="00890B52">
            <w:r>
              <w:t xml:space="preserve">ΔΗΜΈΑ </w:t>
            </w:r>
            <w:r w:rsidRPr="009A4D74">
              <w:t>ΜΑΡΙΈΤΤΑ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54</w:t>
            </w:r>
          </w:p>
        </w:tc>
        <w:tc>
          <w:tcPr>
            <w:tcW w:w="1131" w:type="dxa"/>
          </w:tcPr>
          <w:p w:rsidR="00890B52" w:rsidRDefault="00890B52" w:rsidP="00890B52">
            <w:r>
              <w:t>4602</w:t>
            </w:r>
          </w:p>
        </w:tc>
        <w:tc>
          <w:tcPr>
            <w:tcW w:w="4452" w:type="dxa"/>
          </w:tcPr>
          <w:p w:rsidR="00890B52" w:rsidRDefault="009A4D74" w:rsidP="00890B52">
            <w:r>
              <w:t xml:space="preserve">ΔΗΜΗΤΡΟΚΑΛΛΗΣ </w:t>
            </w:r>
            <w:r w:rsidRPr="009A4D74">
              <w:t>ΝΙΚΟΛΑΟΣ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55</w:t>
            </w:r>
          </w:p>
        </w:tc>
        <w:tc>
          <w:tcPr>
            <w:tcW w:w="1131" w:type="dxa"/>
          </w:tcPr>
          <w:p w:rsidR="00890B52" w:rsidRDefault="00890B52" w:rsidP="00890B52">
            <w:r>
              <w:t>4364</w:t>
            </w:r>
          </w:p>
        </w:tc>
        <w:tc>
          <w:tcPr>
            <w:tcW w:w="4452" w:type="dxa"/>
          </w:tcPr>
          <w:p w:rsidR="00890B52" w:rsidRDefault="009A4D74" w:rsidP="00890B52">
            <w:r>
              <w:t xml:space="preserve">ΔΟΥΡΟΥ </w:t>
            </w:r>
            <w:r w:rsidRPr="009A4D74">
              <w:t>ΕΛΕΝΗ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56</w:t>
            </w:r>
          </w:p>
        </w:tc>
        <w:tc>
          <w:tcPr>
            <w:tcW w:w="1131" w:type="dxa"/>
          </w:tcPr>
          <w:p w:rsidR="00890B52" w:rsidRDefault="00890B52" w:rsidP="00890B52">
            <w:r>
              <w:t>4818</w:t>
            </w:r>
          </w:p>
        </w:tc>
        <w:tc>
          <w:tcPr>
            <w:tcW w:w="4452" w:type="dxa"/>
          </w:tcPr>
          <w:p w:rsidR="00890B52" w:rsidRDefault="009A4D74" w:rsidP="00890B52">
            <w:r>
              <w:t>ΔΡΑΓΑΝΟΥΔΗ</w:t>
            </w:r>
            <w:r>
              <w:tab/>
              <w:t>ΣΟΦΙΑ-</w:t>
            </w:r>
            <w:r w:rsidRPr="009A4D74">
              <w:t>ΜΑΡΙΑ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57</w:t>
            </w:r>
          </w:p>
        </w:tc>
        <w:tc>
          <w:tcPr>
            <w:tcW w:w="1131" w:type="dxa"/>
          </w:tcPr>
          <w:p w:rsidR="00890B52" w:rsidRDefault="00890B52" w:rsidP="00890B52">
            <w:r>
              <w:t>4828</w:t>
            </w:r>
          </w:p>
        </w:tc>
        <w:tc>
          <w:tcPr>
            <w:tcW w:w="4452" w:type="dxa"/>
          </w:tcPr>
          <w:p w:rsidR="00890B52" w:rsidRDefault="005736AA" w:rsidP="00890B52">
            <w:r>
              <w:t>ΔΡΑΚΑΚΗ ΣΤΥΛΙΑΝΗ-</w:t>
            </w:r>
            <w:r w:rsidRPr="005736AA">
              <w:t>ΜΑΡΙΝΑ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58</w:t>
            </w:r>
          </w:p>
        </w:tc>
        <w:tc>
          <w:tcPr>
            <w:tcW w:w="1131" w:type="dxa"/>
          </w:tcPr>
          <w:p w:rsidR="00890B52" w:rsidRDefault="00890B52" w:rsidP="00890B52">
            <w:r>
              <w:t>4855</w:t>
            </w:r>
          </w:p>
        </w:tc>
        <w:tc>
          <w:tcPr>
            <w:tcW w:w="4452" w:type="dxa"/>
          </w:tcPr>
          <w:p w:rsidR="00890B52" w:rsidRDefault="005736AA" w:rsidP="00890B52">
            <w:r>
              <w:t xml:space="preserve">ΔΡΑΚΟΠΑΝΑΓΙΩΤΑΚΗΣ </w:t>
            </w:r>
            <w:r w:rsidRPr="005736AA">
              <w:t>ΠΑΝΑΓΙΩΤΗΣ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59</w:t>
            </w:r>
          </w:p>
        </w:tc>
        <w:tc>
          <w:tcPr>
            <w:tcW w:w="1131" w:type="dxa"/>
          </w:tcPr>
          <w:p w:rsidR="00890B52" w:rsidRDefault="00890B52" w:rsidP="00890B52">
            <w:r>
              <w:t>5003</w:t>
            </w:r>
          </w:p>
        </w:tc>
        <w:tc>
          <w:tcPr>
            <w:tcW w:w="4452" w:type="dxa"/>
          </w:tcPr>
          <w:p w:rsidR="00890B52" w:rsidRDefault="005736AA" w:rsidP="00890B52">
            <w:r>
              <w:t xml:space="preserve">ΕΞΑΔΑΚΤΥΛΟΥ </w:t>
            </w:r>
            <w:r w:rsidRPr="005736AA">
              <w:t>ΑΛΕΞΑΝΔΡΑ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60</w:t>
            </w:r>
          </w:p>
        </w:tc>
        <w:tc>
          <w:tcPr>
            <w:tcW w:w="1131" w:type="dxa"/>
          </w:tcPr>
          <w:p w:rsidR="00890B52" w:rsidRDefault="00890B52" w:rsidP="00890B52">
            <w:r>
              <w:t>4655</w:t>
            </w:r>
          </w:p>
        </w:tc>
        <w:tc>
          <w:tcPr>
            <w:tcW w:w="4452" w:type="dxa"/>
          </w:tcPr>
          <w:p w:rsidR="00890B52" w:rsidRDefault="005736AA" w:rsidP="00890B52">
            <w:r w:rsidRPr="005736AA">
              <w:t>ΖΑΡΚΑ</w:t>
            </w:r>
            <w:r w:rsidRPr="005736AA">
              <w:tab/>
              <w:t>ΣΟΦΙΑ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61</w:t>
            </w:r>
          </w:p>
        </w:tc>
        <w:tc>
          <w:tcPr>
            <w:tcW w:w="1131" w:type="dxa"/>
          </w:tcPr>
          <w:p w:rsidR="00890B52" w:rsidRDefault="00890B52" w:rsidP="00890B52">
            <w:r>
              <w:t>4654</w:t>
            </w:r>
          </w:p>
        </w:tc>
        <w:tc>
          <w:tcPr>
            <w:tcW w:w="4452" w:type="dxa"/>
          </w:tcPr>
          <w:p w:rsidR="00890B52" w:rsidRDefault="005736AA" w:rsidP="00890B52">
            <w:r>
              <w:t xml:space="preserve">ΖΕΝΓΚΟ </w:t>
            </w:r>
            <w:r w:rsidRPr="005736AA">
              <w:t>ΘΕΟΦΑΝΙΑ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62</w:t>
            </w:r>
          </w:p>
        </w:tc>
        <w:tc>
          <w:tcPr>
            <w:tcW w:w="1131" w:type="dxa"/>
          </w:tcPr>
          <w:p w:rsidR="00890B52" w:rsidRDefault="00890B52" w:rsidP="00890B52">
            <w:r>
              <w:t>4711</w:t>
            </w:r>
          </w:p>
        </w:tc>
        <w:tc>
          <w:tcPr>
            <w:tcW w:w="4452" w:type="dxa"/>
          </w:tcPr>
          <w:p w:rsidR="00890B52" w:rsidRDefault="005736AA" w:rsidP="00890B52">
            <w:r>
              <w:t xml:space="preserve">ΖΕΝΟΥΝΗ </w:t>
            </w:r>
            <w:r w:rsidRPr="005736AA">
              <w:t>ΑΛΜΠΙΟΝΑ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RPr="00D16929" w:rsidTr="00294AD3">
        <w:tc>
          <w:tcPr>
            <w:tcW w:w="649" w:type="dxa"/>
          </w:tcPr>
          <w:p w:rsidR="00890B52" w:rsidRDefault="00890B52" w:rsidP="00890B52">
            <w:r>
              <w:t>63</w:t>
            </w:r>
          </w:p>
        </w:tc>
        <w:tc>
          <w:tcPr>
            <w:tcW w:w="1131" w:type="dxa"/>
          </w:tcPr>
          <w:p w:rsidR="00890B52" w:rsidRDefault="00890B52" w:rsidP="00890B52">
            <w:r>
              <w:t>4625</w:t>
            </w:r>
          </w:p>
        </w:tc>
        <w:tc>
          <w:tcPr>
            <w:tcW w:w="4452" w:type="dxa"/>
          </w:tcPr>
          <w:p w:rsidR="00890B52" w:rsidRPr="00D16929" w:rsidRDefault="00D16929" w:rsidP="00890B52">
            <w:pPr>
              <w:rPr>
                <w:lang w:val="el-GR"/>
              </w:rPr>
            </w:pPr>
            <w:r w:rsidRPr="00D16929">
              <w:rPr>
                <w:lang w:val="el-GR"/>
              </w:rPr>
              <w:t>ΖΕΡΒΑ</w:t>
            </w:r>
            <w:r w:rsidRPr="00D16929">
              <w:rPr>
                <w:lang w:val="el-GR"/>
              </w:rPr>
              <w:tab/>
              <w:t>ΑΓΓΕΛΙΚΗ-ΜΑΡΙΑ</w:t>
            </w:r>
            <w:r>
              <w:rPr>
                <w:lang w:val="el-GR"/>
              </w:rPr>
              <w:t xml:space="preserve"> ΤΟΥ ΓΕΩΡΓΙΟΥ</w:t>
            </w:r>
          </w:p>
        </w:tc>
        <w:tc>
          <w:tcPr>
            <w:tcW w:w="1560" w:type="dxa"/>
          </w:tcPr>
          <w:p w:rsidR="00890B52" w:rsidRPr="00D16929" w:rsidRDefault="00890B52" w:rsidP="00890B52">
            <w:pPr>
              <w:rPr>
                <w:lang w:val="el-GR"/>
              </w:rPr>
            </w:pPr>
          </w:p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64</w:t>
            </w:r>
          </w:p>
        </w:tc>
        <w:tc>
          <w:tcPr>
            <w:tcW w:w="1131" w:type="dxa"/>
          </w:tcPr>
          <w:p w:rsidR="00890B52" w:rsidRDefault="00890B52" w:rsidP="00890B52">
            <w:r>
              <w:t>4484</w:t>
            </w:r>
          </w:p>
        </w:tc>
        <w:tc>
          <w:tcPr>
            <w:tcW w:w="4452" w:type="dxa"/>
          </w:tcPr>
          <w:p w:rsidR="00890B52" w:rsidRPr="00D16929" w:rsidRDefault="00D16929" w:rsidP="00890B52">
            <w:pPr>
              <w:rPr>
                <w:lang w:val="el-GR"/>
              </w:rPr>
            </w:pPr>
            <w:r>
              <w:t xml:space="preserve">ΖΕΡΒΑΣ </w:t>
            </w:r>
            <w:r w:rsidRPr="00D16929">
              <w:t>ΚΩΝΣΤΑΝΤΙΝΟΣ</w:t>
            </w:r>
            <w:r>
              <w:rPr>
                <w:lang w:val="el-GR"/>
              </w:rPr>
              <w:t xml:space="preserve"> ΤΟΥ ΘΕΟΦΑΝΗ</w:t>
            </w:r>
          </w:p>
        </w:tc>
        <w:tc>
          <w:tcPr>
            <w:tcW w:w="1560" w:type="dxa"/>
          </w:tcPr>
          <w:p w:rsidR="00890B52" w:rsidRDefault="00890B52" w:rsidP="00890B52"/>
        </w:tc>
      </w:tr>
      <w:tr w:rsidR="00890B52" w:rsidTr="00294AD3">
        <w:tc>
          <w:tcPr>
            <w:tcW w:w="649" w:type="dxa"/>
          </w:tcPr>
          <w:p w:rsidR="00890B52" w:rsidRDefault="00890B52" w:rsidP="00890B52">
            <w:r>
              <w:t>65</w:t>
            </w:r>
          </w:p>
        </w:tc>
        <w:tc>
          <w:tcPr>
            <w:tcW w:w="1131" w:type="dxa"/>
          </w:tcPr>
          <w:p w:rsidR="00890B52" w:rsidRDefault="00890B52" w:rsidP="00890B52">
            <w:r>
              <w:t>4954</w:t>
            </w:r>
          </w:p>
        </w:tc>
        <w:tc>
          <w:tcPr>
            <w:tcW w:w="4452" w:type="dxa"/>
          </w:tcPr>
          <w:p w:rsidR="00890B52" w:rsidRDefault="00A51A37" w:rsidP="00890B52">
            <w:r>
              <w:t xml:space="preserve">ΖΕΡΒΟΥ </w:t>
            </w:r>
            <w:r w:rsidRPr="00A51A37">
              <w:t>ΑΝΑΣΤΑΣΙΑ ΦΙΛΙΑ</w:t>
            </w:r>
          </w:p>
        </w:tc>
        <w:tc>
          <w:tcPr>
            <w:tcW w:w="1560" w:type="dxa"/>
          </w:tcPr>
          <w:p w:rsidR="00890B52" w:rsidRDefault="00890B52" w:rsidP="00890B52"/>
        </w:tc>
      </w:tr>
    </w:tbl>
    <w:p w:rsidR="00900CC4" w:rsidRPr="003454E9" w:rsidRDefault="00AC0E4A">
      <w:pPr>
        <w:pStyle w:val="21"/>
        <w:rPr>
          <w:lang w:val="el-GR"/>
        </w:rPr>
      </w:pPr>
      <w:r w:rsidRPr="002A06BF">
        <w:rPr>
          <w:lang w:val="el-GR"/>
        </w:rPr>
        <w:br w:type="textWrapping" w:clear="all"/>
      </w:r>
      <w:r w:rsidR="00CA2EE8" w:rsidRPr="002A06BF">
        <w:rPr>
          <w:lang w:val="el-GR"/>
        </w:rPr>
        <w:t>Αίθουσα 2</w:t>
      </w:r>
      <w:r w:rsidR="003454E9">
        <w:rPr>
          <w:lang w:val="el-GR"/>
        </w:rPr>
        <w:t xml:space="preserve"> (Νέο κτήριο, Σίνα 3</w:t>
      </w:r>
      <w:r w:rsidR="002A06BF">
        <w:rPr>
          <w:lang w:val="el-GR"/>
        </w:rPr>
        <w:t>, 1</w:t>
      </w:r>
      <w:r w:rsidR="002A06BF" w:rsidRPr="002A06BF">
        <w:rPr>
          <w:vertAlign w:val="superscript"/>
          <w:lang w:val="el-GR"/>
        </w:rPr>
        <w:t>ος</w:t>
      </w:r>
      <w:r w:rsidR="002A06BF">
        <w:rPr>
          <w:lang w:val="el-GR"/>
        </w:rPr>
        <w:t xml:space="preserve"> όροφος</w:t>
      </w:r>
      <w:r w:rsidR="003454E9">
        <w:rPr>
          <w:lang w:val="el-GR"/>
        </w:rPr>
        <w:t>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81"/>
        <w:gridCol w:w="973"/>
        <w:gridCol w:w="4378"/>
        <w:gridCol w:w="1560"/>
      </w:tblGrid>
      <w:tr w:rsidR="00687960" w:rsidRPr="005B43B8" w:rsidTr="00687960">
        <w:tc>
          <w:tcPr>
            <w:tcW w:w="881" w:type="dxa"/>
          </w:tcPr>
          <w:p w:rsidR="00687960" w:rsidRPr="005B43B8" w:rsidRDefault="00687960">
            <w:pPr>
              <w:rPr>
                <w:b/>
              </w:rPr>
            </w:pPr>
            <w:r w:rsidRPr="005B43B8">
              <w:rPr>
                <w:b/>
              </w:rPr>
              <w:t>Α/Α</w:t>
            </w:r>
          </w:p>
        </w:tc>
        <w:tc>
          <w:tcPr>
            <w:tcW w:w="973" w:type="dxa"/>
          </w:tcPr>
          <w:p w:rsidR="00687960" w:rsidRPr="005B43B8" w:rsidRDefault="00687960">
            <w:pPr>
              <w:rPr>
                <w:b/>
              </w:rPr>
            </w:pPr>
            <w:r w:rsidRPr="005B43B8">
              <w:rPr>
                <w:b/>
              </w:rPr>
              <w:t>Αρ. Πρωτ.</w:t>
            </w:r>
          </w:p>
        </w:tc>
        <w:tc>
          <w:tcPr>
            <w:tcW w:w="4378" w:type="dxa"/>
          </w:tcPr>
          <w:p w:rsidR="00687960" w:rsidRPr="005B43B8" w:rsidRDefault="00687960">
            <w:pPr>
              <w:rPr>
                <w:b/>
              </w:rPr>
            </w:pPr>
            <w:r w:rsidRPr="005B43B8">
              <w:rPr>
                <w:b/>
              </w:rPr>
              <w:t>ΟΝΟΜΑΤΕΠΩΝΥΜΟ ΥΠΟΨΗΦΙΟΥ</w:t>
            </w:r>
          </w:p>
        </w:tc>
        <w:tc>
          <w:tcPr>
            <w:tcW w:w="1560" w:type="dxa"/>
          </w:tcPr>
          <w:p w:rsidR="00687960" w:rsidRPr="005B43B8" w:rsidRDefault="001E0756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ΠΑΡΟΥΣΙΑ</w:t>
            </w:r>
          </w:p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</w:t>
            </w:r>
          </w:p>
        </w:tc>
        <w:tc>
          <w:tcPr>
            <w:tcW w:w="973" w:type="dxa"/>
          </w:tcPr>
          <w:p w:rsidR="00687960" w:rsidRDefault="00687960">
            <w:r>
              <w:t>4947</w:t>
            </w:r>
          </w:p>
        </w:tc>
        <w:tc>
          <w:tcPr>
            <w:tcW w:w="4378" w:type="dxa"/>
          </w:tcPr>
          <w:p w:rsidR="00687960" w:rsidRDefault="001E0756">
            <w:r>
              <w:t xml:space="preserve">ΙΩΆΝΝΟΥ </w:t>
            </w:r>
            <w:r w:rsidRPr="001E0756">
              <w:t>ΚΥΡΙΑΚΉ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</w:t>
            </w:r>
          </w:p>
        </w:tc>
        <w:tc>
          <w:tcPr>
            <w:tcW w:w="973" w:type="dxa"/>
          </w:tcPr>
          <w:p w:rsidR="00687960" w:rsidRDefault="00687960">
            <w:r>
              <w:t>4590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ΚΆΒΟΥΡΑΣ </w:t>
            </w:r>
            <w:r w:rsidRPr="001E0756">
              <w:t>ΠΑΝΤΕΛΕΉΜΩΝ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3</w:t>
            </w:r>
          </w:p>
        </w:tc>
        <w:tc>
          <w:tcPr>
            <w:tcW w:w="973" w:type="dxa"/>
          </w:tcPr>
          <w:p w:rsidR="00687960" w:rsidRDefault="00687960">
            <w:r>
              <w:t>4666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ΚΑΪΛΊΔΟΥ </w:t>
            </w:r>
            <w:r w:rsidRPr="001E0756">
              <w:t>ΜΑΡΊΑ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4</w:t>
            </w:r>
          </w:p>
        </w:tc>
        <w:tc>
          <w:tcPr>
            <w:tcW w:w="973" w:type="dxa"/>
          </w:tcPr>
          <w:p w:rsidR="00687960" w:rsidRDefault="00687960">
            <w:r>
              <w:t>4916</w:t>
            </w:r>
          </w:p>
        </w:tc>
        <w:tc>
          <w:tcPr>
            <w:tcW w:w="4378" w:type="dxa"/>
          </w:tcPr>
          <w:p w:rsidR="00687960" w:rsidRPr="001E0756" w:rsidRDefault="001E0756">
            <w:pPr>
              <w:rPr>
                <w:lang w:val="el-GR"/>
              </w:rPr>
            </w:pPr>
            <w:r>
              <w:t xml:space="preserve">ΚΆΚΚΟΥ </w:t>
            </w:r>
            <w:r w:rsidRPr="001E0756">
              <w:t>ΛΑΜΠΡΙΝΉ</w:t>
            </w:r>
            <w:r>
              <w:rPr>
                <w:lang w:val="el-GR"/>
              </w:rPr>
              <w:t xml:space="preserve"> ΤΟΥ ΔΗΜΗΤΡΙΟΥ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5</w:t>
            </w:r>
          </w:p>
        </w:tc>
        <w:tc>
          <w:tcPr>
            <w:tcW w:w="973" w:type="dxa"/>
          </w:tcPr>
          <w:p w:rsidR="00687960" w:rsidRDefault="00687960">
            <w:r>
              <w:t>4095</w:t>
            </w:r>
          </w:p>
        </w:tc>
        <w:tc>
          <w:tcPr>
            <w:tcW w:w="4378" w:type="dxa"/>
          </w:tcPr>
          <w:p w:rsidR="00687960" w:rsidRPr="001E0756" w:rsidRDefault="001E0756">
            <w:pPr>
              <w:rPr>
                <w:lang w:val="el-GR"/>
              </w:rPr>
            </w:pPr>
            <w:r w:rsidRPr="001E0756">
              <w:t>ΚΑΚΟΥ</w:t>
            </w:r>
            <w:r w:rsidRPr="001E0756">
              <w:tab/>
              <w:t>ΑΙΚΑΤΕΡΙΝΗ</w:t>
            </w:r>
            <w:r>
              <w:rPr>
                <w:lang w:val="el-GR"/>
              </w:rPr>
              <w:t xml:space="preserve"> ΤΟΥ ΓΕΩΡΓΙΟΥ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6</w:t>
            </w:r>
          </w:p>
        </w:tc>
        <w:tc>
          <w:tcPr>
            <w:tcW w:w="973" w:type="dxa"/>
          </w:tcPr>
          <w:p w:rsidR="00687960" w:rsidRDefault="00687960">
            <w:r>
              <w:t>4572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ΚΑΛΛΙΤΣΟΥΝΑΚΗΣ </w:t>
            </w:r>
            <w:r w:rsidRPr="001E0756">
              <w:t>ΜΙΧΑΗΛ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7</w:t>
            </w:r>
          </w:p>
        </w:tc>
        <w:tc>
          <w:tcPr>
            <w:tcW w:w="973" w:type="dxa"/>
          </w:tcPr>
          <w:p w:rsidR="00687960" w:rsidRDefault="00687960">
            <w:r>
              <w:t>5077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ΚΑΜΑΛΕΔΆΚΗ </w:t>
            </w:r>
            <w:r w:rsidRPr="001E0756">
              <w:t>ΚΑΛΛΙΌΠΗ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8</w:t>
            </w:r>
          </w:p>
        </w:tc>
        <w:tc>
          <w:tcPr>
            <w:tcW w:w="973" w:type="dxa"/>
          </w:tcPr>
          <w:p w:rsidR="00687960" w:rsidRDefault="00687960">
            <w:r>
              <w:t>5091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ΚΑΜΠΙΤΣΗ </w:t>
            </w:r>
            <w:r w:rsidRPr="001E0756">
              <w:t>ΦΑΝΗ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9</w:t>
            </w:r>
          </w:p>
        </w:tc>
        <w:tc>
          <w:tcPr>
            <w:tcW w:w="973" w:type="dxa"/>
          </w:tcPr>
          <w:p w:rsidR="00687960" w:rsidRDefault="00687960">
            <w:r>
              <w:t>4613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ΚΑΝΑΚΑΚΗΣ </w:t>
            </w:r>
            <w:r w:rsidRPr="001E0756">
              <w:t>ΓΕΩΡΓΙΟΣ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10</w:t>
            </w:r>
          </w:p>
        </w:tc>
        <w:tc>
          <w:tcPr>
            <w:tcW w:w="973" w:type="dxa"/>
          </w:tcPr>
          <w:p w:rsidR="00687960" w:rsidRDefault="00687960">
            <w:r>
              <w:t>4056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ΚΑΝΑΚΗ </w:t>
            </w:r>
            <w:r w:rsidRPr="001E0756">
              <w:t>ΑΦΡΟΔΙΤΗ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11</w:t>
            </w:r>
          </w:p>
        </w:tc>
        <w:tc>
          <w:tcPr>
            <w:tcW w:w="973" w:type="dxa"/>
          </w:tcPr>
          <w:p w:rsidR="00687960" w:rsidRDefault="00687960">
            <w:r>
              <w:t>4210</w:t>
            </w:r>
          </w:p>
        </w:tc>
        <w:tc>
          <w:tcPr>
            <w:tcW w:w="4378" w:type="dxa"/>
          </w:tcPr>
          <w:p w:rsidR="00687960" w:rsidRDefault="001E0756">
            <w:r w:rsidRPr="001E0756">
              <w:t>ΚΑΠΕΤΑΝΑΚΗ</w:t>
            </w:r>
            <w:r w:rsidRPr="001E0756">
              <w:tab/>
              <w:t>ΡΑΦΑΕΛΑ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12</w:t>
            </w:r>
          </w:p>
        </w:tc>
        <w:tc>
          <w:tcPr>
            <w:tcW w:w="973" w:type="dxa"/>
          </w:tcPr>
          <w:p w:rsidR="00687960" w:rsidRDefault="00687960">
            <w:r>
              <w:t>4212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ΚΑΡΑΓΕΏΡΓΗ </w:t>
            </w:r>
            <w:r w:rsidRPr="001E0756">
              <w:t>ΜΑΡΊΑ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13</w:t>
            </w:r>
          </w:p>
        </w:tc>
        <w:tc>
          <w:tcPr>
            <w:tcW w:w="973" w:type="dxa"/>
          </w:tcPr>
          <w:p w:rsidR="00687960" w:rsidRDefault="00687960">
            <w:r>
              <w:t>4922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ΚΑΡΑΚΏΣΤΑΣ </w:t>
            </w:r>
            <w:r w:rsidRPr="001E0756">
              <w:t>ΔΗΜΉΤΡΗΣ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14</w:t>
            </w:r>
          </w:p>
        </w:tc>
        <w:tc>
          <w:tcPr>
            <w:tcW w:w="973" w:type="dxa"/>
          </w:tcPr>
          <w:p w:rsidR="00687960" w:rsidRDefault="00687960">
            <w:r>
              <w:t>4940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ΚΑΡΑΛΑ </w:t>
            </w:r>
            <w:r w:rsidRPr="001E0756">
              <w:t>ΔΕΣΠΟΙΝΑ ΑΣΗΜΙΝΑ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15</w:t>
            </w:r>
          </w:p>
        </w:tc>
        <w:tc>
          <w:tcPr>
            <w:tcW w:w="973" w:type="dxa"/>
          </w:tcPr>
          <w:p w:rsidR="00687960" w:rsidRDefault="00687960">
            <w:r>
              <w:t>4522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ΚΑΡΚΑΝΙΆ </w:t>
            </w:r>
            <w:r w:rsidRPr="001E0756">
              <w:t>ΑΛΕΞΆΝΔΡΑ ΜΑΡΊΑ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16</w:t>
            </w:r>
          </w:p>
        </w:tc>
        <w:tc>
          <w:tcPr>
            <w:tcW w:w="973" w:type="dxa"/>
          </w:tcPr>
          <w:p w:rsidR="00687960" w:rsidRDefault="00687960">
            <w:r>
              <w:t>4921</w:t>
            </w:r>
          </w:p>
        </w:tc>
        <w:tc>
          <w:tcPr>
            <w:tcW w:w="4378" w:type="dxa"/>
          </w:tcPr>
          <w:p w:rsidR="00687960" w:rsidRDefault="001E0756">
            <w:r w:rsidRPr="001E0756">
              <w:t>ΚΑΡΟΠΟΥΛΟΥ</w:t>
            </w:r>
            <w:r w:rsidRPr="001E0756">
              <w:tab/>
              <w:t>ΒΑΣΙΛΙΚΗ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17</w:t>
            </w:r>
          </w:p>
        </w:tc>
        <w:tc>
          <w:tcPr>
            <w:tcW w:w="973" w:type="dxa"/>
          </w:tcPr>
          <w:p w:rsidR="00687960" w:rsidRDefault="00687960">
            <w:r>
              <w:t>5103</w:t>
            </w:r>
          </w:p>
        </w:tc>
        <w:tc>
          <w:tcPr>
            <w:tcW w:w="4378" w:type="dxa"/>
          </w:tcPr>
          <w:p w:rsidR="00687960" w:rsidRDefault="001E0756">
            <w:r>
              <w:t xml:space="preserve">ΚΑΡΟΥΚΗΣ </w:t>
            </w:r>
            <w:r w:rsidRPr="001E0756">
              <w:t>ΣΩΤΗΡΙΟΣ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lastRenderedPageBreak/>
              <w:t>18</w:t>
            </w:r>
          </w:p>
        </w:tc>
        <w:tc>
          <w:tcPr>
            <w:tcW w:w="973" w:type="dxa"/>
          </w:tcPr>
          <w:p w:rsidR="00687960" w:rsidRDefault="00687960">
            <w:r>
              <w:t>4530</w:t>
            </w:r>
          </w:p>
        </w:tc>
        <w:tc>
          <w:tcPr>
            <w:tcW w:w="4378" w:type="dxa"/>
          </w:tcPr>
          <w:p w:rsidR="00687960" w:rsidRDefault="00532DA0">
            <w:r>
              <w:t xml:space="preserve">ΚΑΤΊΚΟΥ </w:t>
            </w:r>
            <w:r w:rsidRPr="00D236FD">
              <w:t>ΜΑΡΊΑ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19</w:t>
            </w:r>
          </w:p>
        </w:tc>
        <w:tc>
          <w:tcPr>
            <w:tcW w:w="973" w:type="dxa"/>
          </w:tcPr>
          <w:p w:rsidR="00687960" w:rsidRDefault="00687960">
            <w:r>
              <w:t>4861</w:t>
            </w:r>
          </w:p>
        </w:tc>
        <w:tc>
          <w:tcPr>
            <w:tcW w:w="4378" w:type="dxa"/>
          </w:tcPr>
          <w:p w:rsidR="00687960" w:rsidRDefault="00D236FD">
            <w:r w:rsidRPr="00D236FD">
              <w:t>ΚΑΤΣΑΦΑΡΟΥ</w:t>
            </w:r>
            <w:r w:rsidRPr="00D236FD">
              <w:tab/>
              <w:t>ΙΩΑΝΝΑ ΜΑΡΙΑ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20</w:t>
            </w:r>
          </w:p>
        </w:tc>
        <w:tc>
          <w:tcPr>
            <w:tcW w:w="973" w:type="dxa"/>
          </w:tcPr>
          <w:p w:rsidR="00687960" w:rsidRDefault="00687960">
            <w:r>
              <w:t>4489</w:t>
            </w:r>
          </w:p>
        </w:tc>
        <w:tc>
          <w:tcPr>
            <w:tcW w:w="4378" w:type="dxa"/>
          </w:tcPr>
          <w:p w:rsidR="00687960" w:rsidRDefault="00D236FD">
            <w:r>
              <w:t xml:space="preserve">ΚΕΓΚΟΥ </w:t>
            </w:r>
            <w:r w:rsidRPr="00D236FD">
              <w:t>ΡΟΖΑ ΜΑΡΙΑ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21</w:t>
            </w:r>
          </w:p>
        </w:tc>
        <w:tc>
          <w:tcPr>
            <w:tcW w:w="973" w:type="dxa"/>
          </w:tcPr>
          <w:p w:rsidR="00687960" w:rsidRDefault="00687960">
            <w:r>
              <w:t>4105</w:t>
            </w:r>
          </w:p>
        </w:tc>
        <w:tc>
          <w:tcPr>
            <w:tcW w:w="4378" w:type="dxa"/>
          </w:tcPr>
          <w:p w:rsidR="00687960" w:rsidRDefault="00D236FD">
            <w:r>
              <w:t xml:space="preserve">ΚΟΒΑΝΗ </w:t>
            </w:r>
            <w:r w:rsidRPr="00D236FD">
              <w:t>ΑΡΓΥΡΩ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22</w:t>
            </w:r>
          </w:p>
        </w:tc>
        <w:tc>
          <w:tcPr>
            <w:tcW w:w="973" w:type="dxa"/>
          </w:tcPr>
          <w:p w:rsidR="00687960" w:rsidRDefault="00687960">
            <w:r>
              <w:t>4075</w:t>
            </w:r>
          </w:p>
        </w:tc>
        <w:tc>
          <w:tcPr>
            <w:tcW w:w="4378" w:type="dxa"/>
          </w:tcPr>
          <w:p w:rsidR="00687960" w:rsidRDefault="00D236FD">
            <w:r>
              <w:t xml:space="preserve">ΚΟΛΙΤΣΗΣ-ΒΕΝΕΤΙΚΟΣ </w:t>
            </w:r>
            <w:r w:rsidRPr="00D236FD">
              <w:t>ΔΗΜΗΤΡΙΟΣ-ΝΕΚΤΑΡΙΟΣ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23</w:t>
            </w:r>
          </w:p>
        </w:tc>
        <w:tc>
          <w:tcPr>
            <w:tcW w:w="973" w:type="dxa"/>
          </w:tcPr>
          <w:p w:rsidR="00687960" w:rsidRDefault="00687960">
            <w:r>
              <w:t>4557</w:t>
            </w:r>
          </w:p>
        </w:tc>
        <w:tc>
          <w:tcPr>
            <w:tcW w:w="4378" w:type="dxa"/>
          </w:tcPr>
          <w:p w:rsidR="00687960" w:rsidRDefault="00532DA0">
            <w:r>
              <w:t xml:space="preserve">ΚΟΝΤΟΥ </w:t>
            </w:r>
            <w:r w:rsidRPr="00532DA0">
              <w:t>ΝΕΦΕΛΗ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24</w:t>
            </w:r>
          </w:p>
        </w:tc>
        <w:tc>
          <w:tcPr>
            <w:tcW w:w="973" w:type="dxa"/>
          </w:tcPr>
          <w:p w:rsidR="00687960" w:rsidRDefault="00687960">
            <w:r>
              <w:t>4993</w:t>
            </w:r>
          </w:p>
        </w:tc>
        <w:tc>
          <w:tcPr>
            <w:tcW w:w="4378" w:type="dxa"/>
          </w:tcPr>
          <w:p w:rsidR="00687960" w:rsidRDefault="00532DA0">
            <w:r>
              <w:t xml:space="preserve">ΚΟΥΖΟΥΝΑΣ </w:t>
            </w:r>
            <w:r w:rsidRPr="00532DA0">
              <w:t>ΔΗΜΗΤΡΙΟΣ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25</w:t>
            </w:r>
          </w:p>
        </w:tc>
        <w:tc>
          <w:tcPr>
            <w:tcW w:w="973" w:type="dxa"/>
          </w:tcPr>
          <w:p w:rsidR="00687960" w:rsidRDefault="00687960">
            <w:r>
              <w:t>4586</w:t>
            </w:r>
          </w:p>
        </w:tc>
        <w:tc>
          <w:tcPr>
            <w:tcW w:w="4378" w:type="dxa"/>
          </w:tcPr>
          <w:p w:rsidR="00687960" w:rsidRDefault="00FA18F9">
            <w:r>
              <w:t xml:space="preserve">ΚΟΥΛΟΥΡΑ </w:t>
            </w:r>
            <w:r w:rsidRPr="00FA18F9">
              <w:t>ΕΛΕΝΗ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26</w:t>
            </w:r>
          </w:p>
        </w:tc>
        <w:tc>
          <w:tcPr>
            <w:tcW w:w="973" w:type="dxa"/>
          </w:tcPr>
          <w:p w:rsidR="00687960" w:rsidRDefault="00687960">
            <w:r>
              <w:t>4565</w:t>
            </w:r>
          </w:p>
        </w:tc>
        <w:tc>
          <w:tcPr>
            <w:tcW w:w="4378" w:type="dxa"/>
          </w:tcPr>
          <w:p w:rsidR="00687960" w:rsidRDefault="00FA18F9">
            <w:r w:rsidRPr="00FA18F9">
              <w:t>ΚΟΥΡΉ</w:t>
            </w:r>
            <w:r w:rsidRPr="00FA18F9">
              <w:tab/>
            </w:r>
            <w:r>
              <w:rPr>
                <w:lang w:val="el-GR"/>
              </w:rPr>
              <w:t xml:space="preserve"> </w:t>
            </w:r>
            <w:r>
              <w:t>ΜΑΡΊΝΑ-</w:t>
            </w:r>
            <w:r w:rsidRPr="00FA18F9">
              <w:t>ΕΛΈΝΗ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27</w:t>
            </w:r>
          </w:p>
        </w:tc>
        <w:tc>
          <w:tcPr>
            <w:tcW w:w="973" w:type="dxa"/>
          </w:tcPr>
          <w:p w:rsidR="00687960" w:rsidRDefault="00687960">
            <w:r>
              <w:t>4461</w:t>
            </w:r>
          </w:p>
        </w:tc>
        <w:tc>
          <w:tcPr>
            <w:tcW w:w="4378" w:type="dxa"/>
          </w:tcPr>
          <w:p w:rsidR="00687960" w:rsidRDefault="00FA18F9">
            <w:r>
              <w:t xml:space="preserve">ΚΟΥΡΣΟΥΜΗ </w:t>
            </w:r>
            <w:r w:rsidRPr="00FA18F9">
              <w:t>ΒΑΣΙΛΙΚΗ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28</w:t>
            </w:r>
          </w:p>
        </w:tc>
        <w:tc>
          <w:tcPr>
            <w:tcW w:w="973" w:type="dxa"/>
          </w:tcPr>
          <w:p w:rsidR="00687960" w:rsidRDefault="00687960">
            <w:r>
              <w:t>5081</w:t>
            </w:r>
          </w:p>
        </w:tc>
        <w:tc>
          <w:tcPr>
            <w:tcW w:w="4378" w:type="dxa"/>
          </w:tcPr>
          <w:p w:rsidR="00687960" w:rsidRDefault="00FA18F9">
            <w:r w:rsidRPr="00FA18F9">
              <w:t>ΚΟΥΤΑ</w:t>
            </w:r>
            <w:r w:rsidRPr="00FA18F9">
              <w:tab/>
              <w:t>ΒΑΣΙΛΙΚΗ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29</w:t>
            </w:r>
          </w:p>
        </w:tc>
        <w:tc>
          <w:tcPr>
            <w:tcW w:w="973" w:type="dxa"/>
          </w:tcPr>
          <w:p w:rsidR="00687960" w:rsidRDefault="00687960">
            <w:r>
              <w:t>4271</w:t>
            </w:r>
          </w:p>
        </w:tc>
        <w:tc>
          <w:tcPr>
            <w:tcW w:w="4378" w:type="dxa"/>
          </w:tcPr>
          <w:p w:rsidR="00687960" w:rsidRDefault="00FA18F9">
            <w:r>
              <w:t xml:space="preserve">ΚΩΤΣΑΚΗΣ </w:t>
            </w:r>
            <w:r w:rsidRPr="00FA18F9">
              <w:t>ΣΑΒΒΑΣ</w:t>
            </w:r>
          </w:p>
        </w:tc>
        <w:tc>
          <w:tcPr>
            <w:tcW w:w="1560" w:type="dxa"/>
          </w:tcPr>
          <w:p w:rsidR="00687960" w:rsidRDefault="00687960"/>
        </w:tc>
      </w:tr>
      <w:tr w:rsidR="00687960" w:rsidTr="00687960">
        <w:tc>
          <w:tcPr>
            <w:tcW w:w="881" w:type="dxa"/>
          </w:tcPr>
          <w:p w:rsidR="00687960" w:rsidRDefault="00687960">
            <w:r>
              <w:t>30</w:t>
            </w:r>
          </w:p>
        </w:tc>
        <w:tc>
          <w:tcPr>
            <w:tcW w:w="973" w:type="dxa"/>
          </w:tcPr>
          <w:p w:rsidR="00687960" w:rsidRDefault="00687960">
            <w:r>
              <w:t>4780</w:t>
            </w:r>
          </w:p>
        </w:tc>
        <w:tc>
          <w:tcPr>
            <w:tcW w:w="4378" w:type="dxa"/>
          </w:tcPr>
          <w:p w:rsidR="00687960" w:rsidRDefault="00FA18F9">
            <w:r>
              <w:t xml:space="preserve">ΛΑΣΠΙΑ </w:t>
            </w:r>
            <w:r w:rsidRPr="00FA18F9">
              <w:t>ΒΑΣΙΛΙΚΗ</w:t>
            </w:r>
          </w:p>
        </w:tc>
        <w:tc>
          <w:tcPr>
            <w:tcW w:w="1560" w:type="dxa"/>
          </w:tcPr>
          <w:p w:rsidR="00687960" w:rsidRDefault="00687960"/>
        </w:tc>
      </w:tr>
    </w:tbl>
    <w:p w:rsidR="00900CC4" w:rsidRPr="003454E9" w:rsidRDefault="003454E9">
      <w:pPr>
        <w:pStyle w:val="21"/>
        <w:rPr>
          <w:lang w:val="el-GR"/>
        </w:rPr>
      </w:pPr>
      <w:r w:rsidRPr="003454E9">
        <w:rPr>
          <w:lang w:val="el-GR"/>
        </w:rPr>
        <w:t xml:space="preserve">Αμφ. </w:t>
      </w:r>
      <w:r>
        <w:rPr>
          <w:lang w:val="el-GR"/>
        </w:rPr>
        <w:t>Σαριπόλων (Παλαιό κτήριο, Σόλωνος 57</w:t>
      </w:r>
      <w:r w:rsidR="00952D5D">
        <w:rPr>
          <w:lang w:val="el-GR"/>
        </w:rPr>
        <w:t>, 3</w:t>
      </w:r>
      <w:r w:rsidR="00952D5D" w:rsidRPr="00952D5D">
        <w:rPr>
          <w:vertAlign w:val="superscript"/>
          <w:lang w:val="el-GR"/>
        </w:rPr>
        <w:t>ος</w:t>
      </w:r>
      <w:r w:rsidR="00952D5D">
        <w:rPr>
          <w:lang w:val="el-GR"/>
        </w:rPr>
        <w:t xml:space="preserve"> όροφος</w:t>
      </w:r>
      <w:r>
        <w:rPr>
          <w:lang w:val="el-GR"/>
        </w:rPr>
        <w:t>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81"/>
        <w:gridCol w:w="973"/>
        <w:gridCol w:w="4378"/>
        <w:gridCol w:w="1560"/>
      </w:tblGrid>
      <w:tr w:rsidR="00C44621" w:rsidRPr="005B43B8" w:rsidTr="00C44621">
        <w:tc>
          <w:tcPr>
            <w:tcW w:w="881" w:type="dxa"/>
          </w:tcPr>
          <w:p w:rsidR="00C44621" w:rsidRPr="005B43B8" w:rsidRDefault="00C44621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Α/Α</w:t>
            </w:r>
          </w:p>
        </w:tc>
        <w:tc>
          <w:tcPr>
            <w:tcW w:w="973" w:type="dxa"/>
          </w:tcPr>
          <w:p w:rsidR="00C44621" w:rsidRPr="005B43B8" w:rsidRDefault="00C44621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Αρ. Πρωτ.</w:t>
            </w:r>
          </w:p>
        </w:tc>
        <w:tc>
          <w:tcPr>
            <w:tcW w:w="4378" w:type="dxa"/>
          </w:tcPr>
          <w:p w:rsidR="00C44621" w:rsidRPr="005B43B8" w:rsidRDefault="00C44621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ΟΝΟΜΑΤΕΠΩΝΥΜΟ ΥΠΟΨΗΦΙΟΥ</w:t>
            </w:r>
          </w:p>
        </w:tc>
        <w:tc>
          <w:tcPr>
            <w:tcW w:w="1560" w:type="dxa"/>
          </w:tcPr>
          <w:p w:rsidR="00C44621" w:rsidRPr="005B43B8" w:rsidRDefault="00C44621">
            <w:pPr>
              <w:rPr>
                <w:b/>
                <w:lang w:val="el-GR"/>
              </w:rPr>
            </w:pPr>
            <w:r w:rsidRPr="005B43B8">
              <w:rPr>
                <w:b/>
                <w:lang w:val="el-GR"/>
              </w:rPr>
              <w:t>ΠΑΡΟΥΣΙΑ</w:t>
            </w: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1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4722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ΛΕΙΒΑΔΙΤΗΣ </w:t>
            </w:r>
            <w:r w:rsidRPr="002C7EC7">
              <w:rPr>
                <w:lang w:val="el-GR"/>
              </w:rPr>
              <w:t>ΚΩΝΣΤΑΝΤΙΝΟΣ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2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4339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ΛΕΝΑΚΑΚΗ </w:t>
            </w:r>
            <w:r w:rsidRPr="002C7EC7">
              <w:rPr>
                <w:lang w:val="el-GR"/>
              </w:rPr>
              <w:t>ΜΥΡΤΩ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3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4620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 w:rsidRPr="002C7EC7">
              <w:rPr>
                <w:lang w:val="el-GR"/>
              </w:rPr>
              <w:t>ΛΕΩΝΗΣ</w:t>
            </w:r>
            <w:r>
              <w:rPr>
                <w:lang w:val="el-GR"/>
              </w:rPr>
              <w:t xml:space="preserve"> </w:t>
            </w:r>
            <w:r w:rsidRPr="002C7EC7">
              <w:rPr>
                <w:lang w:val="el-GR"/>
              </w:rPr>
              <w:t>ΣΠΥΡΙΔΩΝ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4163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ΛΙΑΣΚΟΥ </w:t>
            </w:r>
            <w:r w:rsidRPr="002C7EC7">
              <w:rPr>
                <w:lang w:val="el-GR"/>
              </w:rPr>
              <w:t>ΠΑΡΑΣΚΕΥΗ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5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4714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ΛΙΑΤΑΣ </w:t>
            </w:r>
            <w:r w:rsidRPr="002C7EC7">
              <w:rPr>
                <w:lang w:val="el-GR"/>
              </w:rPr>
              <w:t>ΔΗΜΗΤΡΙΟΣ ΚΩΝΣΤΑΝΤΙΝΟΣ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6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4967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 w:rsidRPr="002C7EC7">
              <w:rPr>
                <w:lang w:val="el-GR"/>
              </w:rPr>
              <w:t>ΛΙΓΟΨΥΧΑΚΗ</w:t>
            </w:r>
            <w:r w:rsidRPr="002C7EC7">
              <w:rPr>
                <w:lang w:val="el-GR"/>
              </w:rPr>
              <w:tab/>
              <w:t>ΑΓΓΕΛΙΚΗ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7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4388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 w:rsidRPr="002C7EC7">
              <w:rPr>
                <w:lang w:val="el-GR"/>
              </w:rPr>
              <w:t>ΛΙΝΑΣ</w:t>
            </w:r>
            <w:r w:rsidRPr="002C7EC7">
              <w:rPr>
                <w:lang w:val="el-GR"/>
              </w:rPr>
              <w:tab/>
              <w:t>ΧΡΗΣΤΟΣ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8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5072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ΛΙΤΣΑ </w:t>
            </w:r>
            <w:r w:rsidRPr="002C7EC7">
              <w:rPr>
                <w:lang w:val="el-GR"/>
              </w:rPr>
              <w:t>ΣΟΦΙΑ-ΔΥΣΣΕΛΙΑ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9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4728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ΛΟΓΟΘΕΤΙΔΗ </w:t>
            </w:r>
            <w:r w:rsidRPr="002C7EC7">
              <w:rPr>
                <w:lang w:val="el-GR"/>
              </w:rPr>
              <w:t>ΕΛΒΙΡΑ - ΕΙΡΗΝΗ ΧΡΥΣΟΒΑΛΑΝΤΗ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10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4764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ΛΟΥΚΑΚΗ </w:t>
            </w:r>
            <w:r w:rsidRPr="002C7EC7">
              <w:rPr>
                <w:lang w:val="el-GR"/>
              </w:rPr>
              <w:t>ΑΡΓΥΡΩ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11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4287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ΛΥΜΠΕΡΗ </w:t>
            </w:r>
            <w:r w:rsidRPr="002C7EC7">
              <w:rPr>
                <w:lang w:val="el-GR"/>
              </w:rPr>
              <w:t>ΑΘΗΝΑ ΖΩΗ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12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5096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 xml:space="preserve">ΜΑΛΑΜΟΥ </w:t>
            </w:r>
            <w:r w:rsidRPr="002C7EC7">
              <w:rPr>
                <w:lang w:val="el-GR"/>
              </w:rPr>
              <w:t>ΒΑΣΙΛΙΚΗ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RPr="003454E9" w:rsidTr="00C44621">
        <w:tc>
          <w:tcPr>
            <w:tcW w:w="881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13</w:t>
            </w:r>
          </w:p>
        </w:tc>
        <w:tc>
          <w:tcPr>
            <w:tcW w:w="973" w:type="dxa"/>
          </w:tcPr>
          <w:p w:rsidR="00C44621" w:rsidRPr="003454E9" w:rsidRDefault="00C44621">
            <w:pPr>
              <w:rPr>
                <w:lang w:val="el-GR"/>
              </w:rPr>
            </w:pPr>
            <w:r w:rsidRPr="003454E9">
              <w:rPr>
                <w:lang w:val="el-GR"/>
              </w:rPr>
              <w:t>4285</w:t>
            </w:r>
          </w:p>
        </w:tc>
        <w:tc>
          <w:tcPr>
            <w:tcW w:w="4378" w:type="dxa"/>
          </w:tcPr>
          <w:p w:rsidR="00C44621" w:rsidRPr="003454E9" w:rsidRDefault="002C7EC7">
            <w:pPr>
              <w:rPr>
                <w:lang w:val="el-GR"/>
              </w:rPr>
            </w:pPr>
            <w:r>
              <w:rPr>
                <w:lang w:val="el-GR"/>
              </w:rPr>
              <w:t>ΜΑΜΑΛΗΣ ΓΕ</w:t>
            </w:r>
            <w:r w:rsidRPr="002C7EC7">
              <w:rPr>
                <w:lang w:val="el-GR"/>
              </w:rPr>
              <w:t>ΩΡΓΙΟΣ-ΧΡΥΣΟΒΑΛΑΝΤΗΣ</w:t>
            </w:r>
          </w:p>
        </w:tc>
        <w:tc>
          <w:tcPr>
            <w:tcW w:w="1560" w:type="dxa"/>
          </w:tcPr>
          <w:p w:rsidR="00C44621" w:rsidRPr="003454E9" w:rsidRDefault="00C44621">
            <w:pPr>
              <w:rPr>
                <w:lang w:val="el-GR"/>
              </w:rPr>
            </w:pPr>
          </w:p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14</w:t>
            </w:r>
          </w:p>
        </w:tc>
        <w:tc>
          <w:tcPr>
            <w:tcW w:w="973" w:type="dxa"/>
          </w:tcPr>
          <w:p w:rsidR="00C44621" w:rsidRDefault="00C44621">
            <w:r>
              <w:t>4989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ΜΑΜΟΥΓΙΩΡΓΗ </w:t>
            </w:r>
            <w:r w:rsidRPr="002C7EC7">
              <w:t>ΚΥΡΙΑΚΗ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15</w:t>
            </w:r>
          </w:p>
        </w:tc>
        <w:tc>
          <w:tcPr>
            <w:tcW w:w="973" w:type="dxa"/>
          </w:tcPr>
          <w:p w:rsidR="00C44621" w:rsidRDefault="00C44621">
            <w:r>
              <w:t>5110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ΜΑΝΑΒΙΔΗ </w:t>
            </w:r>
            <w:r w:rsidRPr="002C7EC7">
              <w:t>ΦΡΑΤΖΕΣΚΑ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16</w:t>
            </w:r>
          </w:p>
        </w:tc>
        <w:tc>
          <w:tcPr>
            <w:tcW w:w="973" w:type="dxa"/>
          </w:tcPr>
          <w:p w:rsidR="00C44621" w:rsidRDefault="00C44621">
            <w:r>
              <w:t>4593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ΜΑΝΔΑΛΙΑΝΟΥ </w:t>
            </w:r>
            <w:r w:rsidRPr="002C7EC7">
              <w:t>ΞΑΝΘΙΠΠΗ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17</w:t>
            </w:r>
          </w:p>
        </w:tc>
        <w:tc>
          <w:tcPr>
            <w:tcW w:w="973" w:type="dxa"/>
          </w:tcPr>
          <w:p w:rsidR="00C44621" w:rsidRDefault="00C44621">
            <w:r>
              <w:t>4998</w:t>
            </w:r>
          </w:p>
        </w:tc>
        <w:tc>
          <w:tcPr>
            <w:tcW w:w="4378" w:type="dxa"/>
          </w:tcPr>
          <w:p w:rsidR="00C44621" w:rsidRDefault="002C7EC7">
            <w:r>
              <w:t>ΜΑΝΙΑΤΑΚΗ ΜΑΡΙΑ-ΕΙΡΗΝΗ-</w:t>
            </w:r>
            <w:r w:rsidRPr="002C7EC7">
              <w:t>ΕΛΕΝΗ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18</w:t>
            </w:r>
          </w:p>
        </w:tc>
        <w:tc>
          <w:tcPr>
            <w:tcW w:w="973" w:type="dxa"/>
          </w:tcPr>
          <w:p w:rsidR="00C44621" w:rsidRDefault="00C44621">
            <w:r>
              <w:t>4874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ΜΑΝΙΑΤΟΠΟΥΛΟΣ </w:t>
            </w:r>
            <w:r w:rsidRPr="002C7EC7">
              <w:t>ΒΑΣΙΛΕΙΟΣ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19</w:t>
            </w:r>
          </w:p>
        </w:tc>
        <w:tc>
          <w:tcPr>
            <w:tcW w:w="973" w:type="dxa"/>
          </w:tcPr>
          <w:p w:rsidR="00C44621" w:rsidRDefault="00C44621">
            <w:r>
              <w:t>4774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ΜΑΝΩΛΆΚΟΥ </w:t>
            </w:r>
            <w:r w:rsidRPr="002C7EC7">
              <w:t>ΑΙΚΑΤΕΡΊΝΗ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20</w:t>
            </w:r>
          </w:p>
        </w:tc>
        <w:tc>
          <w:tcPr>
            <w:tcW w:w="973" w:type="dxa"/>
          </w:tcPr>
          <w:p w:rsidR="00C44621" w:rsidRDefault="00C44621">
            <w:r>
              <w:t>4725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ΜΑΡΑΓΚΆΚΗ </w:t>
            </w:r>
            <w:r w:rsidRPr="002C7EC7">
              <w:t>ΡΟΎΣΣΑ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21</w:t>
            </w:r>
          </w:p>
        </w:tc>
        <w:tc>
          <w:tcPr>
            <w:tcW w:w="973" w:type="dxa"/>
          </w:tcPr>
          <w:p w:rsidR="00C44621" w:rsidRDefault="00C44621">
            <w:r>
              <w:t>4559</w:t>
            </w:r>
          </w:p>
        </w:tc>
        <w:tc>
          <w:tcPr>
            <w:tcW w:w="4378" w:type="dxa"/>
          </w:tcPr>
          <w:p w:rsidR="00C44621" w:rsidRDefault="002C7EC7" w:rsidP="002C7EC7">
            <w:r>
              <w:t>ΜΑΡΚΟΜΙΧΆΛΗΣ ΜΙΧΑΉΛ-</w:t>
            </w:r>
            <w:r w:rsidRPr="002C7EC7">
              <w:t>ΦΑΝΟΎΡΙΟΣ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22</w:t>
            </w:r>
          </w:p>
        </w:tc>
        <w:tc>
          <w:tcPr>
            <w:tcW w:w="973" w:type="dxa"/>
          </w:tcPr>
          <w:p w:rsidR="00C44621" w:rsidRDefault="00C44621">
            <w:r>
              <w:t>4673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ΜΑΡΚΟΥ </w:t>
            </w:r>
            <w:r w:rsidRPr="002C7EC7">
              <w:t>ΙΩΑΝΝΑ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23</w:t>
            </w:r>
          </w:p>
        </w:tc>
        <w:tc>
          <w:tcPr>
            <w:tcW w:w="973" w:type="dxa"/>
          </w:tcPr>
          <w:p w:rsidR="00C44621" w:rsidRDefault="00C44621">
            <w:r>
              <w:t>4170</w:t>
            </w:r>
          </w:p>
        </w:tc>
        <w:tc>
          <w:tcPr>
            <w:tcW w:w="4378" w:type="dxa"/>
          </w:tcPr>
          <w:p w:rsidR="00C44621" w:rsidRDefault="002C7EC7">
            <w:r>
              <w:t>ΜΑΣΤΟΡΑΚΗ ΓΕΩΡΓΙΑ-</w:t>
            </w:r>
            <w:r w:rsidRPr="002C7EC7">
              <w:t>ΝΑΤΑΛΙΑ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24</w:t>
            </w:r>
          </w:p>
        </w:tc>
        <w:tc>
          <w:tcPr>
            <w:tcW w:w="973" w:type="dxa"/>
          </w:tcPr>
          <w:p w:rsidR="00C44621" w:rsidRDefault="00C44621">
            <w:r>
              <w:t>4264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ΜΑΤΣΙΚΑΣ </w:t>
            </w:r>
            <w:r w:rsidRPr="002C7EC7">
              <w:t>ΙΩΑΝΝΗΣ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25</w:t>
            </w:r>
          </w:p>
        </w:tc>
        <w:tc>
          <w:tcPr>
            <w:tcW w:w="973" w:type="dxa"/>
          </w:tcPr>
          <w:p w:rsidR="00C44621" w:rsidRDefault="00C44621">
            <w:r>
              <w:t>4240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ΜΑΥΡΟΜΙΧΆΛΗΣ </w:t>
            </w:r>
            <w:r w:rsidRPr="002C7EC7">
              <w:t>ΣΤΑΎΡΟΣ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26</w:t>
            </w:r>
          </w:p>
        </w:tc>
        <w:tc>
          <w:tcPr>
            <w:tcW w:w="973" w:type="dxa"/>
          </w:tcPr>
          <w:p w:rsidR="00C44621" w:rsidRDefault="00C44621">
            <w:r>
              <w:t>4566</w:t>
            </w:r>
          </w:p>
        </w:tc>
        <w:tc>
          <w:tcPr>
            <w:tcW w:w="4378" w:type="dxa"/>
          </w:tcPr>
          <w:p w:rsidR="00C44621" w:rsidRDefault="002C7EC7">
            <w:r w:rsidRPr="002C7EC7">
              <w:t>ΜΕΛΟΥ</w:t>
            </w:r>
            <w:r w:rsidRPr="002C7EC7">
              <w:tab/>
            </w:r>
            <w:r>
              <w:rPr>
                <w:lang w:val="el-GR"/>
              </w:rPr>
              <w:t xml:space="preserve"> </w:t>
            </w:r>
            <w:r w:rsidRPr="002C7EC7">
              <w:t>ΑΝΝΑ-ΜΑΡΙΑ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27</w:t>
            </w:r>
          </w:p>
        </w:tc>
        <w:tc>
          <w:tcPr>
            <w:tcW w:w="973" w:type="dxa"/>
          </w:tcPr>
          <w:p w:rsidR="00C44621" w:rsidRDefault="00C44621">
            <w:r>
              <w:t>4699</w:t>
            </w:r>
          </w:p>
        </w:tc>
        <w:tc>
          <w:tcPr>
            <w:tcW w:w="4378" w:type="dxa"/>
          </w:tcPr>
          <w:p w:rsidR="00C44621" w:rsidRDefault="002C7EC7">
            <w:r>
              <w:t xml:space="preserve">ΜΙΓΓΙΝΑΣ </w:t>
            </w:r>
            <w:r w:rsidRPr="002C7EC7">
              <w:t>ΚΩΝΣΤΑΝΤΙΝΟΣ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28</w:t>
            </w:r>
          </w:p>
        </w:tc>
        <w:tc>
          <w:tcPr>
            <w:tcW w:w="973" w:type="dxa"/>
          </w:tcPr>
          <w:p w:rsidR="00C44621" w:rsidRDefault="00C44621">
            <w:r>
              <w:t>4782</w:t>
            </w:r>
          </w:p>
        </w:tc>
        <w:tc>
          <w:tcPr>
            <w:tcW w:w="4378" w:type="dxa"/>
          </w:tcPr>
          <w:p w:rsidR="00C44621" w:rsidRDefault="002C7EC7">
            <w:r>
              <w:t xml:space="preserve">ΜΠΑΛΑΔΗΜΑΣ </w:t>
            </w:r>
            <w:r w:rsidRPr="002C7EC7">
              <w:t>ΒΑΣΙΛΕΙΟΣ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29</w:t>
            </w:r>
          </w:p>
        </w:tc>
        <w:tc>
          <w:tcPr>
            <w:tcW w:w="973" w:type="dxa"/>
          </w:tcPr>
          <w:p w:rsidR="00C44621" w:rsidRDefault="00C44621">
            <w:r>
              <w:t>4238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ΜΠΑΛΑΧΟΎΤΗΣ </w:t>
            </w:r>
            <w:r w:rsidRPr="00C03960">
              <w:t>ΠΑΝΑΓΙΏΤΗΣ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lastRenderedPageBreak/>
              <w:t>30</w:t>
            </w:r>
          </w:p>
        </w:tc>
        <w:tc>
          <w:tcPr>
            <w:tcW w:w="973" w:type="dxa"/>
          </w:tcPr>
          <w:p w:rsidR="00C44621" w:rsidRDefault="00C44621">
            <w:r>
              <w:t>4471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ΜΠΑΛΗ </w:t>
            </w:r>
            <w:r w:rsidRPr="00C03960">
              <w:t>ΕΥΓΕΝΙΑ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31</w:t>
            </w:r>
          </w:p>
        </w:tc>
        <w:tc>
          <w:tcPr>
            <w:tcW w:w="973" w:type="dxa"/>
          </w:tcPr>
          <w:p w:rsidR="00C44621" w:rsidRDefault="00C44621">
            <w:r>
              <w:t>4610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ΜΠΑΛΙΑΣΗ </w:t>
            </w:r>
            <w:r w:rsidRPr="00C03960">
              <w:t>ΜΥΡΣΙΝΗ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32</w:t>
            </w:r>
          </w:p>
        </w:tc>
        <w:tc>
          <w:tcPr>
            <w:tcW w:w="973" w:type="dxa"/>
          </w:tcPr>
          <w:p w:rsidR="00C44621" w:rsidRDefault="00C44621">
            <w:r>
              <w:t>4116</w:t>
            </w:r>
          </w:p>
        </w:tc>
        <w:tc>
          <w:tcPr>
            <w:tcW w:w="4378" w:type="dxa"/>
          </w:tcPr>
          <w:p w:rsidR="00C44621" w:rsidRDefault="00C03960" w:rsidP="00C03960">
            <w:r>
              <w:t xml:space="preserve">ΜΠΆΜΗΣ </w:t>
            </w:r>
            <w:r w:rsidRPr="00C03960">
              <w:t>ΑΛΈΞΑΝΔΡΟΣ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33</w:t>
            </w:r>
          </w:p>
        </w:tc>
        <w:tc>
          <w:tcPr>
            <w:tcW w:w="973" w:type="dxa"/>
          </w:tcPr>
          <w:p w:rsidR="00C44621" w:rsidRDefault="00C44621">
            <w:r>
              <w:t>4651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ΜΠΕΤΣΙΜΈΑΣ </w:t>
            </w:r>
            <w:r w:rsidRPr="00C03960">
              <w:t>ΧΡΉΣΤΟΣ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34</w:t>
            </w:r>
          </w:p>
        </w:tc>
        <w:tc>
          <w:tcPr>
            <w:tcW w:w="973" w:type="dxa"/>
          </w:tcPr>
          <w:p w:rsidR="00C44621" w:rsidRDefault="00C44621">
            <w:r>
              <w:t>4555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ΜΠΟΤΣΑΣ </w:t>
            </w:r>
            <w:r w:rsidRPr="00C03960">
              <w:t>ΣΤΥΛΙΑΝΟΣ</w:t>
            </w:r>
          </w:p>
        </w:tc>
        <w:tc>
          <w:tcPr>
            <w:tcW w:w="1560" w:type="dxa"/>
          </w:tcPr>
          <w:p w:rsidR="00C44621" w:rsidRDefault="00C44621"/>
        </w:tc>
      </w:tr>
      <w:tr w:rsidR="00C44621" w:rsidTr="00C44621">
        <w:tc>
          <w:tcPr>
            <w:tcW w:w="881" w:type="dxa"/>
          </w:tcPr>
          <w:p w:rsidR="00C44621" w:rsidRDefault="00C44621">
            <w:r>
              <w:t>35</w:t>
            </w:r>
          </w:p>
        </w:tc>
        <w:tc>
          <w:tcPr>
            <w:tcW w:w="973" w:type="dxa"/>
          </w:tcPr>
          <w:p w:rsidR="00C44621" w:rsidRDefault="00C44621">
            <w:r>
              <w:t>5041</w:t>
            </w:r>
          </w:p>
        </w:tc>
        <w:tc>
          <w:tcPr>
            <w:tcW w:w="4378" w:type="dxa"/>
          </w:tcPr>
          <w:p w:rsidR="00C44621" w:rsidRDefault="00C03960">
            <w:r>
              <w:t xml:space="preserve">ΜΠΟΥΖΑ </w:t>
            </w:r>
            <w:r w:rsidRPr="00C03960">
              <w:t>ΣΟΦΙΑ</w:t>
            </w:r>
          </w:p>
        </w:tc>
        <w:tc>
          <w:tcPr>
            <w:tcW w:w="1560" w:type="dxa"/>
          </w:tcPr>
          <w:p w:rsidR="00C44621" w:rsidRDefault="00C44621"/>
        </w:tc>
      </w:tr>
    </w:tbl>
    <w:p w:rsidR="00900CC4" w:rsidRPr="003454E9" w:rsidRDefault="003454E9">
      <w:pPr>
        <w:pStyle w:val="21"/>
        <w:rPr>
          <w:lang w:val="el-GR"/>
        </w:rPr>
      </w:pPr>
      <w:r w:rsidRPr="003454E9">
        <w:rPr>
          <w:lang w:val="el-GR"/>
        </w:rPr>
        <w:t xml:space="preserve">Αίθουσα </w:t>
      </w:r>
      <w:r>
        <w:rPr>
          <w:lang w:val="el-GR"/>
        </w:rPr>
        <w:t>Γαζή (Παλαιό κτήριο, Σόλωνος 57</w:t>
      </w:r>
      <w:r w:rsidR="00952D5D">
        <w:rPr>
          <w:lang w:val="el-GR"/>
        </w:rPr>
        <w:t>, ημιώροφος</w:t>
      </w:r>
      <w:r>
        <w:rPr>
          <w:lang w:val="el-GR"/>
        </w:rPr>
        <w:t>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81"/>
        <w:gridCol w:w="973"/>
        <w:gridCol w:w="4378"/>
        <w:gridCol w:w="1560"/>
      </w:tblGrid>
      <w:tr w:rsidR="006E5661" w:rsidRPr="00360EE2" w:rsidTr="006E5661">
        <w:tc>
          <w:tcPr>
            <w:tcW w:w="881" w:type="dxa"/>
          </w:tcPr>
          <w:p w:rsidR="006E5661" w:rsidRPr="00360EE2" w:rsidRDefault="006E5661">
            <w:pPr>
              <w:rPr>
                <w:b/>
              </w:rPr>
            </w:pPr>
            <w:r w:rsidRPr="00360EE2">
              <w:rPr>
                <w:b/>
              </w:rPr>
              <w:t>Α/Α</w:t>
            </w:r>
          </w:p>
        </w:tc>
        <w:tc>
          <w:tcPr>
            <w:tcW w:w="973" w:type="dxa"/>
          </w:tcPr>
          <w:p w:rsidR="006E5661" w:rsidRPr="00360EE2" w:rsidRDefault="006E5661">
            <w:pPr>
              <w:rPr>
                <w:b/>
              </w:rPr>
            </w:pPr>
            <w:r w:rsidRPr="00360EE2">
              <w:rPr>
                <w:b/>
              </w:rPr>
              <w:t>Αρ. Πρωτ.</w:t>
            </w:r>
          </w:p>
        </w:tc>
        <w:tc>
          <w:tcPr>
            <w:tcW w:w="4378" w:type="dxa"/>
          </w:tcPr>
          <w:p w:rsidR="006E5661" w:rsidRPr="00360EE2" w:rsidRDefault="00360EE2">
            <w:pPr>
              <w:rPr>
                <w:b/>
              </w:rPr>
            </w:pPr>
            <w:r w:rsidRPr="00360EE2">
              <w:rPr>
                <w:b/>
              </w:rPr>
              <w:t>ΟΝΟΜΑΤΕΠΩΝΥΜΟ ΥΠΟΨΗΦΙΟΥ</w:t>
            </w:r>
          </w:p>
        </w:tc>
        <w:tc>
          <w:tcPr>
            <w:tcW w:w="1560" w:type="dxa"/>
          </w:tcPr>
          <w:p w:rsidR="006E5661" w:rsidRPr="00360EE2" w:rsidRDefault="00360EE2">
            <w:pPr>
              <w:rPr>
                <w:b/>
              </w:rPr>
            </w:pPr>
            <w:r w:rsidRPr="00360EE2">
              <w:rPr>
                <w:b/>
              </w:rPr>
              <w:t>ΠΑΡΟΥΣΙΑ</w:t>
            </w:r>
          </w:p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</w:t>
            </w:r>
          </w:p>
        </w:tc>
        <w:tc>
          <w:tcPr>
            <w:tcW w:w="973" w:type="dxa"/>
          </w:tcPr>
          <w:p w:rsidR="006E5661" w:rsidRDefault="006E5661">
            <w:r>
              <w:t>4371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ΜΠΟΥΛΟΥΓΑΡΗ </w:t>
            </w:r>
            <w:r w:rsidRPr="00FA6E15">
              <w:t>ΕΛΕΝΗ - ΧΡΙΣΤΙΝΑ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2</w:t>
            </w:r>
          </w:p>
        </w:tc>
        <w:tc>
          <w:tcPr>
            <w:tcW w:w="973" w:type="dxa"/>
          </w:tcPr>
          <w:p w:rsidR="006E5661" w:rsidRDefault="006E5661">
            <w:r>
              <w:t>5029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ΜΠΟΥΡΑ </w:t>
            </w:r>
            <w:r w:rsidRPr="00FA6E15">
              <w:t>ΑΝΝΑ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3</w:t>
            </w:r>
          </w:p>
        </w:tc>
        <w:tc>
          <w:tcPr>
            <w:tcW w:w="973" w:type="dxa"/>
          </w:tcPr>
          <w:p w:rsidR="006E5661" w:rsidRDefault="006E5661">
            <w:r>
              <w:t>4084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ΜΠΟΥΡΝΟΎ </w:t>
            </w:r>
            <w:r w:rsidRPr="00FA6E15">
              <w:t>ΙΩΆΝΝΑ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4</w:t>
            </w:r>
          </w:p>
        </w:tc>
        <w:tc>
          <w:tcPr>
            <w:tcW w:w="973" w:type="dxa"/>
          </w:tcPr>
          <w:p w:rsidR="006E5661" w:rsidRDefault="006E5661">
            <w:r>
              <w:t>4633</w:t>
            </w:r>
          </w:p>
        </w:tc>
        <w:tc>
          <w:tcPr>
            <w:tcW w:w="4378" w:type="dxa"/>
          </w:tcPr>
          <w:p w:rsidR="006E5661" w:rsidRDefault="00FA6E15">
            <w:r w:rsidRPr="00FA6E15">
              <w:t>ΜΠΟΥΡΤΖΙΛΑ</w:t>
            </w:r>
            <w:r w:rsidRPr="00FA6E15">
              <w:tab/>
              <w:t>ΑΙΚΑΤΕΡΙΝΗ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5</w:t>
            </w:r>
          </w:p>
        </w:tc>
        <w:tc>
          <w:tcPr>
            <w:tcW w:w="973" w:type="dxa"/>
          </w:tcPr>
          <w:p w:rsidR="006E5661" w:rsidRDefault="006E5661">
            <w:r>
              <w:t>4248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ΜΥΛΩΝΑ </w:t>
            </w:r>
            <w:r w:rsidRPr="00FA6E15">
              <w:t>ΕΙΡΗΝΗ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6</w:t>
            </w:r>
          </w:p>
        </w:tc>
        <w:tc>
          <w:tcPr>
            <w:tcW w:w="973" w:type="dxa"/>
          </w:tcPr>
          <w:p w:rsidR="006E5661" w:rsidRDefault="006E5661">
            <w:r>
              <w:t>4986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ΜΥΡΊΛΛΑ </w:t>
            </w:r>
            <w:r w:rsidRPr="00FA6E15">
              <w:t>ΠΑΥΛΊΝΑ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7</w:t>
            </w:r>
          </w:p>
        </w:tc>
        <w:tc>
          <w:tcPr>
            <w:tcW w:w="973" w:type="dxa"/>
          </w:tcPr>
          <w:p w:rsidR="006E5661" w:rsidRDefault="006E5661">
            <w:r>
              <w:t>4221</w:t>
            </w:r>
          </w:p>
        </w:tc>
        <w:tc>
          <w:tcPr>
            <w:tcW w:w="4378" w:type="dxa"/>
          </w:tcPr>
          <w:p w:rsidR="006E5661" w:rsidRDefault="00FA6E15">
            <w:r>
              <w:t xml:space="preserve">ΜΩΡΑΪΤΗΣ </w:t>
            </w:r>
            <w:r w:rsidRPr="00FA6E15">
              <w:t>ΠΕΡΙΚΛΉΣ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8</w:t>
            </w:r>
          </w:p>
        </w:tc>
        <w:tc>
          <w:tcPr>
            <w:tcW w:w="973" w:type="dxa"/>
          </w:tcPr>
          <w:p w:rsidR="006E5661" w:rsidRDefault="006E5661">
            <w:r>
              <w:t>4502</w:t>
            </w:r>
          </w:p>
        </w:tc>
        <w:tc>
          <w:tcPr>
            <w:tcW w:w="4378" w:type="dxa"/>
          </w:tcPr>
          <w:p w:rsidR="006E5661" w:rsidRDefault="00FA6E15">
            <w:r>
              <w:t xml:space="preserve">ΝΙΚΑ </w:t>
            </w:r>
            <w:r w:rsidRPr="00FA6E15">
              <w:t>ΣΑΠΦΩ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9</w:t>
            </w:r>
          </w:p>
        </w:tc>
        <w:tc>
          <w:tcPr>
            <w:tcW w:w="973" w:type="dxa"/>
          </w:tcPr>
          <w:p w:rsidR="006E5661" w:rsidRDefault="006E5661">
            <w:r>
              <w:t>4591</w:t>
            </w:r>
          </w:p>
        </w:tc>
        <w:tc>
          <w:tcPr>
            <w:tcW w:w="4378" w:type="dxa"/>
          </w:tcPr>
          <w:p w:rsidR="006E5661" w:rsidRDefault="00FA6E15">
            <w:r>
              <w:t xml:space="preserve">ΝΙΚΟΛΑΟΥ </w:t>
            </w:r>
            <w:r w:rsidRPr="00FA6E15">
              <w:t>ΑΡΧΟΝΤΟΥΛΑ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10</w:t>
            </w:r>
          </w:p>
        </w:tc>
        <w:tc>
          <w:tcPr>
            <w:tcW w:w="973" w:type="dxa"/>
          </w:tcPr>
          <w:p w:rsidR="006E5661" w:rsidRDefault="006E5661">
            <w:r>
              <w:t>5023</w:t>
            </w:r>
          </w:p>
        </w:tc>
        <w:tc>
          <w:tcPr>
            <w:tcW w:w="4378" w:type="dxa"/>
          </w:tcPr>
          <w:p w:rsidR="006E5661" w:rsidRDefault="00FA6E15">
            <w:r>
              <w:t xml:space="preserve">ΝΟΒΑ </w:t>
            </w:r>
            <w:r w:rsidRPr="00FA6E15">
              <w:t>ΕΛΕΥΘΕΡΙΑ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11</w:t>
            </w:r>
          </w:p>
        </w:tc>
        <w:tc>
          <w:tcPr>
            <w:tcW w:w="973" w:type="dxa"/>
          </w:tcPr>
          <w:p w:rsidR="006E5661" w:rsidRDefault="006E5661">
            <w:r>
              <w:t>4199</w:t>
            </w:r>
          </w:p>
        </w:tc>
        <w:tc>
          <w:tcPr>
            <w:tcW w:w="4378" w:type="dxa"/>
          </w:tcPr>
          <w:p w:rsidR="006E5661" w:rsidRDefault="00FA6E15">
            <w:r>
              <w:t xml:space="preserve">ΝΤΆΚΑΡΗ </w:t>
            </w:r>
            <w:r w:rsidRPr="00FA6E15">
              <w:t>ΣΟΦΊΑ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12</w:t>
            </w:r>
          </w:p>
        </w:tc>
        <w:tc>
          <w:tcPr>
            <w:tcW w:w="973" w:type="dxa"/>
          </w:tcPr>
          <w:p w:rsidR="006E5661" w:rsidRDefault="006E5661">
            <w:r>
              <w:t>4514</w:t>
            </w:r>
          </w:p>
        </w:tc>
        <w:tc>
          <w:tcPr>
            <w:tcW w:w="4378" w:type="dxa"/>
          </w:tcPr>
          <w:p w:rsidR="006E5661" w:rsidRDefault="00FA6E15">
            <w:r>
              <w:t xml:space="preserve">ΝΤΑΝΑΒΑΓΓΕΛΗ </w:t>
            </w:r>
            <w:r w:rsidRPr="00FA6E15">
              <w:t>ΑΣΠΑΣΙΑ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13</w:t>
            </w:r>
          </w:p>
        </w:tc>
        <w:tc>
          <w:tcPr>
            <w:tcW w:w="973" w:type="dxa"/>
          </w:tcPr>
          <w:p w:rsidR="006E5661" w:rsidRDefault="006E5661">
            <w:r>
              <w:t>4384</w:t>
            </w:r>
          </w:p>
        </w:tc>
        <w:tc>
          <w:tcPr>
            <w:tcW w:w="4378" w:type="dxa"/>
          </w:tcPr>
          <w:p w:rsidR="006E5661" w:rsidRDefault="00FA6E15">
            <w:r w:rsidRPr="00FA6E15">
              <w:t>ΞΕΝΟΥ</w:t>
            </w:r>
            <w:r w:rsidRPr="00FA6E15">
              <w:tab/>
              <w:t>ΧΡΥΣΑΝΘΗ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14</w:t>
            </w:r>
          </w:p>
        </w:tc>
        <w:tc>
          <w:tcPr>
            <w:tcW w:w="973" w:type="dxa"/>
          </w:tcPr>
          <w:p w:rsidR="006E5661" w:rsidRDefault="006E5661">
            <w:r>
              <w:t>5082</w:t>
            </w:r>
          </w:p>
        </w:tc>
        <w:tc>
          <w:tcPr>
            <w:tcW w:w="4378" w:type="dxa"/>
          </w:tcPr>
          <w:p w:rsidR="006E5661" w:rsidRDefault="00FA6E15">
            <w:r w:rsidRPr="00FA6E15">
              <w:t>ΞΥΝΟΣ</w:t>
            </w:r>
            <w:r w:rsidRPr="00FA6E15">
              <w:tab/>
              <w:t>ΓΕΩΡΓΙΟΣ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15</w:t>
            </w:r>
          </w:p>
        </w:tc>
        <w:tc>
          <w:tcPr>
            <w:tcW w:w="973" w:type="dxa"/>
          </w:tcPr>
          <w:p w:rsidR="006E5661" w:rsidRDefault="006E5661">
            <w:r>
              <w:t>4658</w:t>
            </w:r>
          </w:p>
        </w:tc>
        <w:tc>
          <w:tcPr>
            <w:tcW w:w="4378" w:type="dxa"/>
          </w:tcPr>
          <w:p w:rsidR="006E5661" w:rsidRDefault="00FA6E15">
            <w:r>
              <w:t xml:space="preserve">ΠΑΓΚΑΛΟΥ </w:t>
            </w:r>
            <w:r w:rsidRPr="00FA6E15">
              <w:t>ΕΛΙΣΑΒΕΤ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16</w:t>
            </w:r>
          </w:p>
        </w:tc>
        <w:tc>
          <w:tcPr>
            <w:tcW w:w="973" w:type="dxa"/>
          </w:tcPr>
          <w:p w:rsidR="006E5661" w:rsidRDefault="006E5661">
            <w:r>
              <w:t>4690</w:t>
            </w:r>
          </w:p>
        </w:tc>
        <w:tc>
          <w:tcPr>
            <w:tcW w:w="4378" w:type="dxa"/>
          </w:tcPr>
          <w:p w:rsidR="006E5661" w:rsidRDefault="00FA6E15">
            <w:r>
              <w:t xml:space="preserve">ΠΑΝΤΑΖΉ </w:t>
            </w:r>
            <w:r w:rsidRPr="00FA6E15">
              <w:t>ΣΟΦΊΑ-ΑΓΓΕΛΙΚΉ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6E5661">
            <w:r>
              <w:t>17</w:t>
            </w:r>
          </w:p>
        </w:tc>
        <w:tc>
          <w:tcPr>
            <w:tcW w:w="973" w:type="dxa"/>
          </w:tcPr>
          <w:p w:rsidR="006E5661" w:rsidRDefault="006E5661">
            <w:r>
              <w:t>4935</w:t>
            </w:r>
          </w:p>
        </w:tc>
        <w:tc>
          <w:tcPr>
            <w:tcW w:w="4378" w:type="dxa"/>
          </w:tcPr>
          <w:p w:rsidR="006E5661" w:rsidRDefault="00FA6E15">
            <w:r>
              <w:t xml:space="preserve">ΠΑΠΑΔΗΜΗΤΡΙΟΥ </w:t>
            </w:r>
            <w:r w:rsidRPr="00FA6E15">
              <w:t>ΠΑΝΟΣ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Pr="00E028E4" w:rsidRDefault="006E5661" w:rsidP="00E028E4">
            <w:pPr>
              <w:rPr>
                <w:lang w:val="el-GR"/>
              </w:rPr>
            </w:pPr>
            <w:r>
              <w:t>1</w:t>
            </w:r>
            <w:r w:rsidR="00E028E4">
              <w:rPr>
                <w:lang w:val="el-GR"/>
              </w:rPr>
              <w:t>8</w:t>
            </w:r>
          </w:p>
        </w:tc>
        <w:tc>
          <w:tcPr>
            <w:tcW w:w="973" w:type="dxa"/>
          </w:tcPr>
          <w:p w:rsidR="006E5661" w:rsidRDefault="006E5661">
            <w:r>
              <w:t>4677</w:t>
            </w:r>
          </w:p>
        </w:tc>
        <w:tc>
          <w:tcPr>
            <w:tcW w:w="4378" w:type="dxa"/>
          </w:tcPr>
          <w:p w:rsidR="006E5661" w:rsidRDefault="00F3585B">
            <w:r>
              <w:t xml:space="preserve">ΠΑΠΑΔΟΠΟΥΛΟΥ </w:t>
            </w:r>
            <w:r w:rsidRPr="00F3585B">
              <w:t>ΠΑΡΑΣΚΕΥΗ ΝΕΚΤΑΡΙΑ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Pr="00E028E4" w:rsidRDefault="00E028E4">
            <w:pPr>
              <w:rPr>
                <w:lang w:val="el-GR"/>
              </w:rPr>
            </w:pPr>
            <w:r>
              <w:rPr>
                <w:lang w:val="el-GR"/>
              </w:rPr>
              <w:t>19</w:t>
            </w:r>
          </w:p>
        </w:tc>
        <w:tc>
          <w:tcPr>
            <w:tcW w:w="973" w:type="dxa"/>
          </w:tcPr>
          <w:p w:rsidR="006E5661" w:rsidRDefault="006E5661">
            <w:r>
              <w:t>4932</w:t>
            </w:r>
          </w:p>
        </w:tc>
        <w:tc>
          <w:tcPr>
            <w:tcW w:w="4378" w:type="dxa"/>
          </w:tcPr>
          <w:p w:rsidR="006E5661" w:rsidRDefault="00F3585B">
            <w:r w:rsidRPr="00F3585B">
              <w:t>ΠΑΠΑΝΔΡΕΟΠΟΥΛΟΥ</w:t>
            </w:r>
            <w:r w:rsidRPr="00F3585B">
              <w:tab/>
              <w:t>ΑΙΚΑΤΕΡΙΝΗ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20</w:t>
            </w:r>
          </w:p>
        </w:tc>
        <w:tc>
          <w:tcPr>
            <w:tcW w:w="973" w:type="dxa"/>
          </w:tcPr>
          <w:p w:rsidR="006E5661" w:rsidRDefault="006E5661">
            <w:r>
              <w:t>4803</w:t>
            </w:r>
          </w:p>
        </w:tc>
        <w:tc>
          <w:tcPr>
            <w:tcW w:w="4378" w:type="dxa"/>
          </w:tcPr>
          <w:p w:rsidR="006E5661" w:rsidRDefault="00F3585B">
            <w:r>
              <w:t xml:space="preserve">ΠΑΠΑΡΡΗΓΟΠΟΎΛΟΥ </w:t>
            </w:r>
            <w:r w:rsidRPr="00F3585B">
              <w:t>ΒΑΣΙΛΙΚΉ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21</w:t>
            </w:r>
          </w:p>
        </w:tc>
        <w:tc>
          <w:tcPr>
            <w:tcW w:w="973" w:type="dxa"/>
          </w:tcPr>
          <w:p w:rsidR="006E5661" w:rsidRDefault="006E5661">
            <w:r>
              <w:t>4945</w:t>
            </w:r>
          </w:p>
        </w:tc>
        <w:tc>
          <w:tcPr>
            <w:tcW w:w="4378" w:type="dxa"/>
          </w:tcPr>
          <w:p w:rsidR="006E5661" w:rsidRDefault="00F3585B">
            <w:r>
              <w:t xml:space="preserve">ΠΑΠΑΧΡΙΣΤΟΦΙΛΟΥ </w:t>
            </w:r>
            <w:r w:rsidRPr="00F3585B">
              <w:t>ΣΑΡΑΝΤΗΣ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22</w:t>
            </w:r>
          </w:p>
        </w:tc>
        <w:tc>
          <w:tcPr>
            <w:tcW w:w="973" w:type="dxa"/>
          </w:tcPr>
          <w:p w:rsidR="006E5661" w:rsidRDefault="006E5661">
            <w:r>
              <w:t>5099</w:t>
            </w:r>
          </w:p>
        </w:tc>
        <w:tc>
          <w:tcPr>
            <w:tcW w:w="4378" w:type="dxa"/>
          </w:tcPr>
          <w:p w:rsidR="006E5661" w:rsidRDefault="00F3585B">
            <w:r>
              <w:t xml:space="preserve">ΠΑΣΙΣΗΣ </w:t>
            </w:r>
            <w:r w:rsidRPr="00F3585B">
              <w:t>ΑΝΤΩΝΙΟΣ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23</w:t>
            </w:r>
          </w:p>
        </w:tc>
        <w:tc>
          <w:tcPr>
            <w:tcW w:w="973" w:type="dxa"/>
          </w:tcPr>
          <w:p w:rsidR="006E5661" w:rsidRDefault="006E5661">
            <w:r>
              <w:t>4142</w:t>
            </w:r>
          </w:p>
        </w:tc>
        <w:tc>
          <w:tcPr>
            <w:tcW w:w="4378" w:type="dxa"/>
          </w:tcPr>
          <w:p w:rsidR="006E5661" w:rsidRDefault="00F3585B">
            <w:r>
              <w:t xml:space="preserve">ΠΑΣΧΑΛΗ </w:t>
            </w:r>
            <w:r w:rsidRPr="00F3585B">
              <w:t>ΕΜΜΑΝΟΥΕΛΑ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24</w:t>
            </w:r>
          </w:p>
        </w:tc>
        <w:tc>
          <w:tcPr>
            <w:tcW w:w="973" w:type="dxa"/>
          </w:tcPr>
          <w:p w:rsidR="006E5661" w:rsidRDefault="006E5661">
            <w:r>
              <w:t>4076</w:t>
            </w:r>
          </w:p>
        </w:tc>
        <w:tc>
          <w:tcPr>
            <w:tcW w:w="4378" w:type="dxa"/>
          </w:tcPr>
          <w:p w:rsidR="006E5661" w:rsidRDefault="00956206">
            <w:r>
              <w:t xml:space="preserve">ΠΑΥΛΑΚΗΣ </w:t>
            </w:r>
            <w:r w:rsidRPr="00956206">
              <w:t>ΒΑΣΙΛΕΙΟΣ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24</w:t>
            </w:r>
          </w:p>
        </w:tc>
        <w:tc>
          <w:tcPr>
            <w:tcW w:w="973" w:type="dxa"/>
          </w:tcPr>
          <w:p w:rsidR="006E5661" w:rsidRDefault="006E5661">
            <w:r>
              <w:t>4787</w:t>
            </w:r>
          </w:p>
        </w:tc>
        <w:tc>
          <w:tcPr>
            <w:tcW w:w="4378" w:type="dxa"/>
          </w:tcPr>
          <w:p w:rsidR="006E5661" w:rsidRDefault="00956206" w:rsidP="00956206">
            <w:r w:rsidRPr="00956206">
              <w:t xml:space="preserve">ΠΑΥΛΙΔΗ </w:t>
            </w:r>
            <w:r>
              <w:t>ΜΑΡΙΑ-</w:t>
            </w:r>
            <w:r w:rsidRPr="00956206">
              <w:t xml:space="preserve">ΙΩΑΝΝΑ 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25</w:t>
            </w:r>
          </w:p>
        </w:tc>
        <w:tc>
          <w:tcPr>
            <w:tcW w:w="973" w:type="dxa"/>
          </w:tcPr>
          <w:p w:rsidR="006E5661" w:rsidRDefault="006E5661">
            <w:r>
              <w:t>4454</w:t>
            </w:r>
          </w:p>
        </w:tc>
        <w:tc>
          <w:tcPr>
            <w:tcW w:w="4378" w:type="dxa"/>
          </w:tcPr>
          <w:p w:rsidR="006E5661" w:rsidRDefault="00956206">
            <w:r>
              <w:t xml:space="preserve">ΠΑΥΛΟΠΟΥΛΟΥ </w:t>
            </w:r>
            <w:r w:rsidRPr="00956206">
              <w:t>ΕΛΕΝΗ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26</w:t>
            </w:r>
          </w:p>
        </w:tc>
        <w:tc>
          <w:tcPr>
            <w:tcW w:w="973" w:type="dxa"/>
          </w:tcPr>
          <w:p w:rsidR="006E5661" w:rsidRDefault="006E5661">
            <w:r>
              <w:t>4217</w:t>
            </w:r>
          </w:p>
        </w:tc>
        <w:tc>
          <w:tcPr>
            <w:tcW w:w="4378" w:type="dxa"/>
          </w:tcPr>
          <w:p w:rsidR="006E5661" w:rsidRDefault="00956206">
            <w:r>
              <w:t>ΠΕΡΙΚΛΙΟΥ ΕΥΑΓΓΕ</w:t>
            </w:r>
            <w:r w:rsidRPr="00956206">
              <w:t>ΛΟΣ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27</w:t>
            </w:r>
          </w:p>
        </w:tc>
        <w:tc>
          <w:tcPr>
            <w:tcW w:w="973" w:type="dxa"/>
          </w:tcPr>
          <w:p w:rsidR="006E5661" w:rsidRDefault="006E5661">
            <w:r>
              <w:t>4726</w:t>
            </w:r>
          </w:p>
        </w:tc>
        <w:tc>
          <w:tcPr>
            <w:tcW w:w="4378" w:type="dxa"/>
          </w:tcPr>
          <w:p w:rsidR="006E5661" w:rsidRPr="00956206" w:rsidRDefault="00956206">
            <w:pPr>
              <w:rPr>
                <w:lang w:val="el-GR"/>
              </w:rPr>
            </w:pPr>
            <w:r>
              <w:t xml:space="preserve">ΠΕΤΡΟΠΟΥΛΟΥ </w:t>
            </w:r>
            <w:r w:rsidRPr="00956206">
              <w:t>ΑΡΡΙΑΝΑ</w:t>
            </w:r>
            <w:r>
              <w:rPr>
                <w:lang w:val="el-GR"/>
              </w:rPr>
              <w:t xml:space="preserve"> ΤΟΥ ΔΗΜΗΤΡΙΟΥ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RPr="00335835" w:rsidTr="006E5661">
        <w:tc>
          <w:tcPr>
            <w:tcW w:w="881" w:type="dxa"/>
          </w:tcPr>
          <w:p w:rsidR="006E5661" w:rsidRDefault="00E028E4">
            <w:r>
              <w:t>28</w:t>
            </w:r>
          </w:p>
        </w:tc>
        <w:tc>
          <w:tcPr>
            <w:tcW w:w="973" w:type="dxa"/>
          </w:tcPr>
          <w:p w:rsidR="006E5661" w:rsidRDefault="006E5661">
            <w:r>
              <w:t>4668</w:t>
            </w:r>
          </w:p>
        </w:tc>
        <w:tc>
          <w:tcPr>
            <w:tcW w:w="4378" w:type="dxa"/>
          </w:tcPr>
          <w:p w:rsidR="006E5661" w:rsidRPr="00335835" w:rsidRDefault="00335835">
            <w:pPr>
              <w:rPr>
                <w:lang w:val="el-GR"/>
              </w:rPr>
            </w:pPr>
            <w:r w:rsidRPr="00335835">
              <w:rPr>
                <w:lang w:val="el-GR"/>
              </w:rPr>
              <w:t>ΠΕΤΡΟΠΟΥΛΟΥ ΝΙΝΑ</w:t>
            </w:r>
            <w:r>
              <w:rPr>
                <w:lang w:val="el-GR"/>
              </w:rPr>
              <w:t xml:space="preserve"> ΤΟΥ ΚΩΝ/ΝΟΥ</w:t>
            </w:r>
          </w:p>
        </w:tc>
        <w:tc>
          <w:tcPr>
            <w:tcW w:w="1560" w:type="dxa"/>
          </w:tcPr>
          <w:p w:rsidR="006E5661" w:rsidRPr="00335835" w:rsidRDefault="006E5661">
            <w:pPr>
              <w:rPr>
                <w:lang w:val="el-GR"/>
              </w:rPr>
            </w:pPr>
          </w:p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29</w:t>
            </w:r>
          </w:p>
        </w:tc>
        <w:tc>
          <w:tcPr>
            <w:tcW w:w="973" w:type="dxa"/>
          </w:tcPr>
          <w:p w:rsidR="006E5661" w:rsidRDefault="006E5661">
            <w:r>
              <w:t>5005</w:t>
            </w:r>
          </w:p>
        </w:tc>
        <w:tc>
          <w:tcPr>
            <w:tcW w:w="4378" w:type="dxa"/>
          </w:tcPr>
          <w:p w:rsidR="006E5661" w:rsidRDefault="00335835">
            <w:r w:rsidRPr="00335835">
              <w:t>ΠΛΆΚΑ</w:t>
            </w:r>
            <w:r w:rsidRPr="00335835">
              <w:tab/>
              <w:t>MΑΡΊΑ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30</w:t>
            </w:r>
          </w:p>
        </w:tc>
        <w:tc>
          <w:tcPr>
            <w:tcW w:w="973" w:type="dxa"/>
          </w:tcPr>
          <w:p w:rsidR="006E5661" w:rsidRDefault="006E5661">
            <w:r>
              <w:t>4608</w:t>
            </w:r>
          </w:p>
        </w:tc>
        <w:tc>
          <w:tcPr>
            <w:tcW w:w="4378" w:type="dxa"/>
          </w:tcPr>
          <w:p w:rsidR="006E5661" w:rsidRDefault="00335835">
            <w:r>
              <w:t xml:space="preserve">ΠΛΑΤΥΡΡΑΧΟΥ </w:t>
            </w:r>
            <w:r w:rsidRPr="00335835">
              <w:t>ΧΑΡΑ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31</w:t>
            </w:r>
          </w:p>
        </w:tc>
        <w:tc>
          <w:tcPr>
            <w:tcW w:w="973" w:type="dxa"/>
          </w:tcPr>
          <w:p w:rsidR="006E5661" w:rsidRDefault="006E5661">
            <w:r>
              <w:t>4914</w:t>
            </w:r>
          </w:p>
        </w:tc>
        <w:tc>
          <w:tcPr>
            <w:tcW w:w="4378" w:type="dxa"/>
          </w:tcPr>
          <w:p w:rsidR="006E5661" w:rsidRDefault="00335835">
            <w:r>
              <w:t xml:space="preserve">ΠΟΛΊΤΗ </w:t>
            </w:r>
            <w:r w:rsidRPr="00335835">
              <w:t>ΝΊΚΗ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32</w:t>
            </w:r>
          </w:p>
        </w:tc>
        <w:tc>
          <w:tcPr>
            <w:tcW w:w="973" w:type="dxa"/>
          </w:tcPr>
          <w:p w:rsidR="006E5661" w:rsidRDefault="006E5661">
            <w:r>
              <w:t>4524</w:t>
            </w:r>
          </w:p>
        </w:tc>
        <w:tc>
          <w:tcPr>
            <w:tcW w:w="4378" w:type="dxa"/>
          </w:tcPr>
          <w:p w:rsidR="006E5661" w:rsidRDefault="00335835">
            <w:r>
              <w:t xml:space="preserve">ΠΡΑΓΙΑ </w:t>
            </w:r>
            <w:r w:rsidRPr="00335835">
              <w:t>ΑΛΕΞΑΝΔΡΑ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33</w:t>
            </w:r>
          </w:p>
        </w:tc>
        <w:tc>
          <w:tcPr>
            <w:tcW w:w="973" w:type="dxa"/>
          </w:tcPr>
          <w:p w:rsidR="006E5661" w:rsidRDefault="006E5661">
            <w:r>
              <w:t>4792</w:t>
            </w:r>
          </w:p>
        </w:tc>
        <w:tc>
          <w:tcPr>
            <w:tcW w:w="4378" w:type="dxa"/>
          </w:tcPr>
          <w:p w:rsidR="006E5661" w:rsidRDefault="00335835">
            <w:r>
              <w:t xml:space="preserve">ΠΥΚΝΉ </w:t>
            </w:r>
            <w:r w:rsidRPr="00335835">
              <w:t>ΣΟΦΊΑ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34</w:t>
            </w:r>
          </w:p>
        </w:tc>
        <w:tc>
          <w:tcPr>
            <w:tcW w:w="973" w:type="dxa"/>
          </w:tcPr>
          <w:p w:rsidR="006E5661" w:rsidRDefault="006E5661">
            <w:r>
              <w:t>4755</w:t>
            </w:r>
          </w:p>
        </w:tc>
        <w:tc>
          <w:tcPr>
            <w:tcW w:w="4378" w:type="dxa"/>
          </w:tcPr>
          <w:p w:rsidR="006E5661" w:rsidRDefault="002A15C2">
            <w:r>
              <w:t xml:space="preserve">ΡΑΓΙΕ </w:t>
            </w:r>
            <w:r w:rsidR="00335835" w:rsidRPr="00335835">
              <w:t>ΕΛΕΝΗ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35</w:t>
            </w:r>
          </w:p>
        </w:tc>
        <w:tc>
          <w:tcPr>
            <w:tcW w:w="973" w:type="dxa"/>
          </w:tcPr>
          <w:p w:rsidR="006E5661" w:rsidRDefault="006E5661">
            <w:r>
              <w:t>5046</w:t>
            </w:r>
          </w:p>
        </w:tc>
        <w:tc>
          <w:tcPr>
            <w:tcW w:w="4378" w:type="dxa"/>
          </w:tcPr>
          <w:p w:rsidR="006E5661" w:rsidRDefault="002A15C2">
            <w:r>
              <w:t xml:space="preserve">ΡΑΠΤΟΠΟΥΛΟΣ </w:t>
            </w:r>
            <w:r w:rsidRPr="002A15C2">
              <w:t>ΙΑΣΩΝ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36</w:t>
            </w:r>
          </w:p>
        </w:tc>
        <w:tc>
          <w:tcPr>
            <w:tcW w:w="973" w:type="dxa"/>
          </w:tcPr>
          <w:p w:rsidR="006E5661" w:rsidRDefault="006E5661">
            <w:r>
              <w:t>4233</w:t>
            </w:r>
          </w:p>
        </w:tc>
        <w:tc>
          <w:tcPr>
            <w:tcW w:w="4378" w:type="dxa"/>
          </w:tcPr>
          <w:p w:rsidR="006E5661" w:rsidRDefault="002A15C2">
            <w:r>
              <w:t xml:space="preserve">ΡΕΜΠΑΠΗ </w:t>
            </w:r>
            <w:r w:rsidRPr="002A15C2">
              <w:t>ΕΥΘΥΜΙΑ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lastRenderedPageBreak/>
              <w:t>37</w:t>
            </w:r>
          </w:p>
        </w:tc>
        <w:tc>
          <w:tcPr>
            <w:tcW w:w="973" w:type="dxa"/>
          </w:tcPr>
          <w:p w:rsidR="006E5661" w:rsidRDefault="006E5661">
            <w:r>
              <w:t>5016</w:t>
            </w:r>
          </w:p>
        </w:tc>
        <w:tc>
          <w:tcPr>
            <w:tcW w:w="4378" w:type="dxa"/>
          </w:tcPr>
          <w:p w:rsidR="006E5661" w:rsidRDefault="002A15C2">
            <w:r>
              <w:t xml:space="preserve">ΡΟΥΚΟΥΝΑΚΗΣ </w:t>
            </w:r>
            <w:r w:rsidRPr="002A15C2">
              <w:t>ΛΑΜΠΡΟΣ</w:t>
            </w:r>
          </w:p>
        </w:tc>
        <w:tc>
          <w:tcPr>
            <w:tcW w:w="1560" w:type="dxa"/>
          </w:tcPr>
          <w:p w:rsidR="006E5661" w:rsidRDefault="006E5661"/>
        </w:tc>
      </w:tr>
      <w:tr w:rsidR="006E5661" w:rsidTr="006E5661">
        <w:tc>
          <w:tcPr>
            <w:tcW w:w="881" w:type="dxa"/>
          </w:tcPr>
          <w:p w:rsidR="006E5661" w:rsidRDefault="00E028E4">
            <w:r>
              <w:t>38</w:t>
            </w:r>
          </w:p>
        </w:tc>
        <w:tc>
          <w:tcPr>
            <w:tcW w:w="973" w:type="dxa"/>
          </w:tcPr>
          <w:p w:rsidR="006E5661" w:rsidRDefault="006E5661">
            <w:r>
              <w:t>4656</w:t>
            </w:r>
          </w:p>
        </w:tc>
        <w:tc>
          <w:tcPr>
            <w:tcW w:w="4378" w:type="dxa"/>
          </w:tcPr>
          <w:p w:rsidR="006E5661" w:rsidRDefault="002A15C2">
            <w:r>
              <w:t xml:space="preserve">ΡΟΥΜΕΛΙΩΤΗΣ </w:t>
            </w:r>
            <w:r w:rsidRPr="002A15C2">
              <w:t>ΑΡΙΣΤΟΜΕΝΗΣ</w:t>
            </w:r>
          </w:p>
        </w:tc>
        <w:tc>
          <w:tcPr>
            <w:tcW w:w="1560" w:type="dxa"/>
          </w:tcPr>
          <w:p w:rsidR="006E5661" w:rsidRDefault="006E5661"/>
        </w:tc>
      </w:tr>
    </w:tbl>
    <w:p w:rsidR="00900CC4" w:rsidRPr="003454E9" w:rsidRDefault="003454E9">
      <w:pPr>
        <w:pStyle w:val="21"/>
        <w:rPr>
          <w:lang w:val="el-GR"/>
        </w:rPr>
      </w:pPr>
      <w:r w:rsidRPr="003454E9">
        <w:rPr>
          <w:lang w:val="el-GR"/>
        </w:rPr>
        <w:t>Αίθουσα Β’</w:t>
      </w:r>
      <w:r>
        <w:rPr>
          <w:lang w:val="el-GR"/>
        </w:rPr>
        <w:t xml:space="preserve"> Μαθηματικών (Παλαιό κτήριο, Σόλωνος 57</w:t>
      </w:r>
      <w:r w:rsidR="00952D5D">
        <w:rPr>
          <w:lang w:val="el-GR"/>
        </w:rPr>
        <w:t>, υπόγειο</w:t>
      </w:r>
      <w:r>
        <w:rPr>
          <w:lang w:val="el-GR"/>
        </w:rPr>
        <w:t>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81"/>
        <w:gridCol w:w="973"/>
        <w:gridCol w:w="4378"/>
        <w:gridCol w:w="1560"/>
      </w:tblGrid>
      <w:tr w:rsidR="00CF0F03" w:rsidRPr="00450DBE" w:rsidTr="00CF0F03">
        <w:tc>
          <w:tcPr>
            <w:tcW w:w="881" w:type="dxa"/>
          </w:tcPr>
          <w:p w:rsidR="00CF0F03" w:rsidRPr="00450DBE" w:rsidRDefault="00CF0F03">
            <w:pPr>
              <w:rPr>
                <w:b/>
              </w:rPr>
            </w:pPr>
            <w:r w:rsidRPr="00450DBE">
              <w:rPr>
                <w:b/>
              </w:rPr>
              <w:t>Α/Α</w:t>
            </w:r>
          </w:p>
        </w:tc>
        <w:tc>
          <w:tcPr>
            <w:tcW w:w="973" w:type="dxa"/>
          </w:tcPr>
          <w:p w:rsidR="00CF0F03" w:rsidRPr="00450DBE" w:rsidRDefault="00CF0F03">
            <w:pPr>
              <w:rPr>
                <w:b/>
              </w:rPr>
            </w:pPr>
            <w:r w:rsidRPr="00450DBE">
              <w:rPr>
                <w:b/>
              </w:rPr>
              <w:t>Αρ. Πρωτ.</w:t>
            </w:r>
          </w:p>
        </w:tc>
        <w:tc>
          <w:tcPr>
            <w:tcW w:w="4378" w:type="dxa"/>
          </w:tcPr>
          <w:p w:rsidR="00CF0F03" w:rsidRPr="00450DBE" w:rsidRDefault="00450DBE">
            <w:pPr>
              <w:rPr>
                <w:b/>
              </w:rPr>
            </w:pPr>
            <w:r w:rsidRPr="00450DBE">
              <w:rPr>
                <w:b/>
              </w:rPr>
              <w:t>ΟΝΟΜΑΤΕΠΩΝΥΜΟ ΥΠΟΨΗΦΙΟΥ</w:t>
            </w:r>
          </w:p>
        </w:tc>
        <w:tc>
          <w:tcPr>
            <w:tcW w:w="1560" w:type="dxa"/>
          </w:tcPr>
          <w:p w:rsidR="00CF0F03" w:rsidRPr="00450DBE" w:rsidRDefault="00450DBE">
            <w:pPr>
              <w:rPr>
                <w:b/>
              </w:rPr>
            </w:pPr>
            <w:r w:rsidRPr="00450DBE">
              <w:rPr>
                <w:b/>
              </w:rPr>
              <w:t>ΠΑΡΟΥΣΙΑ</w:t>
            </w:r>
          </w:p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</w:t>
            </w:r>
          </w:p>
        </w:tc>
        <w:tc>
          <w:tcPr>
            <w:tcW w:w="973" w:type="dxa"/>
          </w:tcPr>
          <w:p w:rsidR="00CF0F03" w:rsidRDefault="00CF0F03">
            <w:r>
              <w:t>4449</w:t>
            </w:r>
          </w:p>
        </w:tc>
        <w:tc>
          <w:tcPr>
            <w:tcW w:w="4378" w:type="dxa"/>
          </w:tcPr>
          <w:p w:rsidR="00CF0F03" w:rsidRDefault="00CF0F03">
            <w:r>
              <w:t xml:space="preserve">ΣΑΡΡΗΣ </w:t>
            </w:r>
            <w:r w:rsidRPr="00CF0F03">
              <w:t>ΙΩΑΝΝΗΣ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Pr="00240093" w:rsidRDefault="00CF0F03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973" w:type="dxa"/>
          </w:tcPr>
          <w:p w:rsidR="00CF0F03" w:rsidRDefault="00CF0F03">
            <w:r>
              <w:t>4669</w:t>
            </w:r>
          </w:p>
        </w:tc>
        <w:tc>
          <w:tcPr>
            <w:tcW w:w="4378" w:type="dxa"/>
          </w:tcPr>
          <w:p w:rsidR="00CF0F03" w:rsidRDefault="00CF0F03">
            <w:r>
              <w:t xml:space="preserve">ΣΕΡΜΠΟΣ </w:t>
            </w:r>
            <w:r w:rsidRPr="00CF0F03">
              <w:t>ΚΩΝΣΤΑΝΤΙΝΟΣ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Pr="003148AB" w:rsidRDefault="00CF0F03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973" w:type="dxa"/>
          </w:tcPr>
          <w:p w:rsidR="00CF0F03" w:rsidRDefault="00CF0F03">
            <w:r>
              <w:t>4054</w:t>
            </w:r>
          </w:p>
        </w:tc>
        <w:tc>
          <w:tcPr>
            <w:tcW w:w="4378" w:type="dxa"/>
          </w:tcPr>
          <w:p w:rsidR="00CF0F03" w:rsidRDefault="00CF0F03">
            <w:r>
              <w:t xml:space="preserve">ΣΚΑΛΤΣΑ </w:t>
            </w:r>
            <w:r w:rsidRPr="00CF0F03">
              <w:t>ΑΓΓΕΛΙΚΗ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4</w:t>
            </w:r>
          </w:p>
        </w:tc>
        <w:tc>
          <w:tcPr>
            <w:tcW w:w="973" w:type="dxa"/>
          </w:tcPr>
          <w:p w:rsidR="00CF0F03" w:rsidRDefault="00CF0F03">
            <w:r>
              <w:t>4564</w:t>
            </w:r>
          </w:p>
        </w:tc>
        <w:tc>
          <w:tcPr>
            <w:tcW w:w="4378" w:type="dxa"/>
          </w:tcPr>
          <w:p w:rsidR="00CF0F03" w:rsidRDefault="00CF0F03">
            <w:r>
              <w:t xml:space="preserve">ΣΚΟΥΡΑΣ </w:t>
            </w:r>
            <w:r w:rsidRPr="00CF0F03">
              <w:t>ΝΙΚΗΤΑΣ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5</w:t>
            </w:r>
          </w:p>
        </w:tc>
        <w:tc>
          <w:tcPr>
            <w:tcW w:w="973" w:type="dxa"/>
          </w:tcPr>
          <w:p w:rsidR="00CF0F03" w:rsidRDefault="00CF0F03">
            <w:r>
              <w:t>4441</w:t>
            </w:r>
          </w:p>
        </w:tc>
        <w:tc>
          <w:tcPr>
            <w:tcW w:w="4378" w:type="dxa"/>
          </w:tcPr>
          <w:p w:rsidR="00CF0F03" w:rsidRDefault="00CF0F03">
            <w:r>
              <w:t xml:space="preserve">ΣΟΥΛΙΩΤΗ </w:t>
            </w:r>
            <w:r w:rsidRPr="00CF0F03">
              <w:t>ΒΑΣΙΛΙΚΗ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6</w:t>
            </w:r>
          </w:p>
        </w:tc>
        <w:tc>
          <w:tcPr>
            <w:tcW w:w="973" w:type="dxa"/>
          </w:tcPr>
          <w:p w:rsidR="00CF0F03" w:rsidRDefault="00CF0F03">
            <w:r>
              <w:t>4465</w:t>
            </w:r>
          </w:p>
        </w:tc>
        <w:tc>
          <w:tcPr>
            <w:tcW w:w="4378" w:type="dxa"/>
          </w:tcPr>
          <w:p w:rsidR="00CF0F03" w:rsidRDefault="00CF0F03">
            <w:r>
              <w:t xml:space="preserve">ΣΠΗΛΙΟΥ </w:t>
            </w:r>
            <w:r w:rsidRPr="00CF0F03">
              <w:t>ΑΓΓΕΛΙΚΗ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7</w:t>
            </w:r>
          </w:p>
        </w:tc>
        <w:tc>
          <w:tcPr>
            <w:tcW w:w="973" w:type="dxa"/>
          </w:tcPr>
          <w:p w:rsidR="00CF0F03" w:rsidRDefault="00CF0F03">
            <w:r>
              <w:t>4812</w:t>
            </w:r>
          </w:p>
        </w:tc>
        <w:tc>
          <w:tcPr>
            <w:tcW w:w="4378" w:type="dxa"/>
          </w:tcPr>
          <w:p w:rsidR="00CF0F03" w:rsidRDefault="00CF0F03">
            <w:r>
              <w:t xml:space="preserve">ΣΤΑΪΚΟΥ </w:t>
            </w:r>
            <w:r w:rsidRPr="00CF0F03">
              <w:t>ΜΑΡΙΑ-ΕΛΕΝΗ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8</w:t>
            </w:r>
          </w:p>
        </w:tc>
        <w:tc>
          <w:tcPr>
            <w:tcW w:w="973" w:type="dxa"/>
          </w:tcPr>
          <w:p w:rsidR="00CF0F03" w:rsidRDefault="00CF0F03">
            <w:r>
              <w:t>4196</w:t>
            </w:r>
          </w:p>
        </w:tc>
        <w:tc>
          <w:tcPr>
            <w:tcW w:w="4378" w:type="dxa"/>
          </w:tcPr>
          <w:p w:rsidR="00CF0F03" w:rsidRDefault="00CF0F03">
            <w:r>
              <w:t xml:space="preserve">ΣΤΑΜΕΛΟΥ </w:t>
            </w:r>
            <w:r w:rsidRPr="00CF0F03">
              <w:t>ΦΙΛΙΩ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Pr="003148AB" w:rsidRDefault="00CF0F03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973" w:type="dxa"/>
          </w:tcPr>
          <w:p w:rsidR="00CF0F03" w:rsidRDefault="00CF0F03">
            <w:r>
              <w:t>4249</w:t>
            </w:r>
          </w:p>
        </w:tc>
        <w:tc>
          <w:tcPr>
            <w:tcW w:w="4378" w:type="dxa"/>
          </w:tcPr>
          <w:p w:rsidR="00CF0F03" w:rsidRDefault="00CF0F03">
            <w:r>
              <w:t xml:space="preserve">ΣΤΕΦΑΝΟΥ </w:t>
            </w:r>
            <w:r w:rsidRPr="00CF0F03">
              <w:t>ΛΟΥΚΑΣ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10</w:t>
            </w:r>
          </w:p>
        </w:tc>
        <w:tc>
          <w:tcPr>
            <w:tcW w:w="973" w:type="dxa"/>
          </w:tcPr>
          <w:p w:rsidR="00CF0F03" w:rsidRDefault="00CF0F03">
            <w:r>
              <w:t>4957</w:t>
            </w:r>
          </w:p>
        </w:tc>
        <w:tc>
          <w:tcPr>
            <w:tcW w:w="4378" w:type="dxa"/>
          </w:tcPr>
          <w:p w:rsidR="00CF0F03" w:rsidRDefault="00CF0F03">
            <w:r w:rsidRPr="00CF0F03">
              <w:t>ΤΆΣΣΗ</w:t>
            </w:r>
            <w:r w:rsidRPr="00CF0F03">
              <w:tab/>
              <w:t>ΝΕΦΈΛΗ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11</w:t>
            </w:r>
          </w:p>
        </w:tc>
        <w:tc>
          <w:tcPr>
            <w:tcW w:w="973" w:type="dxa"/>
          </w:tcPr>
          <w:p w:rsidR="00CF0F03" w:rsidRDefault="00CF0F03">
            <w:r>
              <w:t>4466</w:t>
            </w:r>
          </w:p>
        </w:tc>
        <w:tc>
          <w:tcPr>
            <w:tcW w:w="4378" w:type="dxa"/>
          </w:tcPr>
          <w:p w:rsidR="00CF0F03" w:rsidRDefault="00CF0F03">
            <w:r>
              <w:t xml:space="preserve">ΤΖΑΝΑΚΑΚΗ </w:t>
            </w:r>
            <w:r w:rsidRPr="00CF0F03">
              <w:t>ΑΝΝΑ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12</w:t>
            </w:r>
          </w:p>
        </w:tc>
        <w:tc>
          <w:tcPr>
            <w:tcW w:w="973" w:type="dxa"/>
          </w:tcPr>
          <w:p w:rsidR="00CF0F03" w:rsidRDefault="00CF0F03">
            <w:r>
              <w:t>4746</w:t>
            </w:r>
          </w:p>
        </w:tc>
        <w:tc>
          <w:tcPr>
            <w:tcW w:w="4378" w:type="dxa"/>
          </w:tcPr>
          <w:p w:rsidR="00CF0F03" w:rsidRDefault="00CF0F03">
            <w:r>
              <w:t xml:space="preserve">ΤΖΙΟΡΑ </w:t>
            </w:r>
            <w:r w:rsidRPr="00CF0F03">
              <w:t>ΜΑΡΙΑ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13</w:t>
            </w:r>
          </w:p>
        </w:tc>
        <w:tc>
          <w:tcPr>
            <w:tcW w:w="973" w:type="dxa"/>
          </w:tcPr>
          <w:p w:rsidR="00CF0F03" w:rsidRDefault="00CF0F03">
            <w:r>
              <w:t>4642</w:t>
            </w:r>
          </w:p>
        </w:tc>
        <w:tc>
          <w:tcPr>
            <w:tcW w:w="4378" w:type="dxa"/>
          </w:tcPr>
          <w:p w:rsidR="00CF0F03" w:rsidRDefault="00CF0F03">
            <w:r>
              <w:t xml:space="preserve">ΤΖΟΥΜΑΚΑ </w:t>
            </w:r>
            <w:r w:rsidRPr="00CF0F03">
              <w:t>ΚΩΝΣΤΑΝΤΙΝΑ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14</w:t>
            </w:r>
          </w:p>
        </w:tc>
        <w:tc>
          <w:tcPr>
            <w:tcW w:w="973" w:type="dxa"/>
          </w:tcPr>
          <w:p w:rsidR="00CF0F03" w:rsidRDefault="00CF0F03">
            <w:r>
              <w:t>4979</w:t>
            </w:r>
          </w:p>
        </w:tc>
        <w:tc>
          <w:tcPr>
            <w:tcW w:w="4378" w:type="dxa"/>
          </w:tcPr>
          <w:p w:rsidR="00CF0F03" w:rsidRDefault="00CF0F03">
            <w:r>
              <w:t xml:space="preserve">ΤΟΥΝΤΑ </w:t>
            </w:r>
            <w:r w:rsidRPr="00CF0F03">
              <w:t>ΑΛΚΗΣΤΙΣ ΑΜΑΛΙΑ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15</w:t>
            </w:r>
          </w:p>
        </w:tc>
        <w:tc>
          <w:tcPr>
            <w:tcW w:w="973" w:type="dxa"/>
          </w:tcPr>
          <w:p w:rsidR="00CF0F03" w:rsidRDefault="00CF0F03">
            <w:r>
              <w:t>4164</w:t>
            </w:r>
          </w:p>
        </w:tc>
        <w:tc>
          <w:tcPr>
            <w:tcW w:w="4378" w:type="dxa"/>
          </w:tcPr>
          <w:p w:rsidR="00CF0F03" w:rsidRDefault="00CF0F03">
            <w:r>
              <w:t xml:space="preserve">ΤΡΙΑΝΤΑΦΥΛΛΟΥ </w:t>
            </w:r>
            <w:r w:rsidRPr="00CF0F03">
              <w:t>ΓΕΩΡΓΙΑ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16</w:t>
            </w:r>
          </w:p>
        </w:tc>
        <w:tc>
          <w:tcPr>
            <w:tcW w:w="973" w:type="dxa"/>
          </w:tcPr>
          <w:p w:rsidR="00CF0F03" w:rsidRDefault="00CF0F03">
            <w:r>
              <w:t>4743</w:t>
            </w:r>
          </w:p>
        </w:tc>
        <w:tc>
          <w:tcPr>
            <w:tcW w:w="4378" w:type="dxa"/>
          </w:tcPr>
          <w:p w:rsidR="00CF0F03" w:rsidRDefault="00CF0F03">
            <w:r>
              <w:t xml:space="preserve">ΤΣΑΓΚΑΡΆΚΗ </w:t>
            </w:r>
            <w:r w:rsidRPr="00CF0F03">
              <w:t>ΑΙΚΑΤΕΡΊΝΗ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17</w:t>
            </w:r>
          </w:p>
        </w:tc>
        <w:tc>
          <w:tcPr>
            <w:tcW w:w="973" w:type="dxa"/>
          </w:tcPr>
          <w:p w:rsidR="00CF0F03" w:rsidRDefault="00CF0F03">
            <w:r>
              <w:t>5100</w:t>
            </w:r>
          </w:p>
        </w:tc>
        <w:tc>
          <w:tcPr>
            <w:tcW w:w="4378" w:type="dxa"/>
          </w:tcPr>
          <w:p w:rsidR="00CF0F03" w:rsidRDefault="00CF0F03">
            <w:r>
              <w:t xml:space="preserve">ΤΣΙΑΚΟΥ </w:t>
            </w:r>
            <w:r w:rsidRPr="00CF0F03">
              <w:t>ΧΡΙΣΤΙΝΑ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18</w:t>
            </w:r>
          </w:p>
        </w:tc>
        <w:tc>
          <w:tcPr>
            <w:tcW w:w="973" w:type="dxa"/>
          </w:tcPr>
          <w:p w:rsidR="00CF0F03" w:rsidRDefault="00CF0F03">
            <w:r>
              <w:t>5054</w:t>
            </w:r>
          </w:p>
        </w:tc>
        <w:tc>
          <w:tcPr>
            <w:tcW w:w="4378" w:type="dxa"/>
          </w:tcPr>
          <w:p w:rsidR="00CF0F03" w:rsidRDefault="00CF0F03">
            <w:r>
              <w:t xml:space="preserve">ΤΣΙΑΝΤΟΣ-ΚΟΛΕΣΗΣ </w:t>
            </w:r>
            <w:r w:rsidRPr="00CF0F03">
              <w:t>ΚΩΝΣΤΑΝΤΙΝΟΣ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19</w:t>
            </w:r>
          </w:p>
        </w:tc>
        <w:tc>
          <w:tcPr>
            <w:tcW w:w="973" w:type="dxa"/>
          </w:tcPr>
          <w:p w:rsidR="00CF0F03" w:rsidRDefault="00CF0F03">
            <w:r>
              <w:t>4650</w:t>
            </w:r>
          </w:p>
        </w:tc>
        <w:tc>
          <w:tcPr>
            <w:tcW w:w="4378" w:type="dxa"/>
          </w:tcPr>
          <w:p w:rsidR="00CF0F03" w:rsidRDefault="00450DBE">
            <w:r>
              <w:t xml:space="preserve">ΤΣΙΝΟΠΟΥΛΟΥ </w:t>
            </w:r>
            <w:r w:rsidRPr="00450DBE">
              <w:t>ΜΑΡΙΑ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20</w:t>
            </w:r>
          </w:p>
        </w:tc>
        <w:tc>
          <w:tcPr>
            <w:tcW w:w="973" w:type="dxa"/>
          </w:tcPr>
          <w:p w:rsidR="00CF0F03" w:rsidRDefault="00CF0F03">
            <w:r>
              <w:t>4715</w:t>
            </w:r>
          </w:p>
        </w:tc>
        <w:tc>
          <w:tcPr>
            <w:tcW w:w="4378" w:type="dxa"/>
          </w:tcPr>
          <w:p w:rsidR="00CF0F03" w:rsidRDefault="00450DBE">
            <w:r>
              <w:t xml:space="preserve">ΤΣΙΡΙΓΩΤΗΣ </w:t>
            </w:r>
            <w:r w:rsidRPr="00450DBE">
              <w:t>ΑΝΑΣΤΑΣΙΟΣ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21</w:t>
            </w:r>
          </w:p>
        </w:tc>
        <w:tc>
          <w:tcPr>
            <w:tcW w:w="973" w:type="dxa"/>
          </w:tcPr>
          <w:p w:rsidR="00CF0F03" w:rsidRDefault="00CF0F03">
            <w:r>
              <w:t>5089</w:t>
            </w:r>
          </w:p>
        </w:tc>
        <w:tc>
          <w:tcPr>
            <w:tcW w:w="4378" w:type="dxa"/>
          </w:tcPr>
          <w:p w:rsidR="00CF0F03" w:rsidRDefault="00450DBE">
            <w:r>
              <w:t>ΤΣΟΝΑΚΑ ΕΛΙΣΣΑΒΕΤ-</w:t>
            </w:r>
            <w:r w:rsidRPr="00450DBE">
              <w:t>ΔΕΣΠΟΙΝΑ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22</w:t>
            </w:r>
          </w:p>
        </w:tc>
        <w:tc>
          <w:tcPr>
            <w:tcW w:w="973" w:type="dxa"/>
          </w:tcPr>
          <w:p w:rsidR="00CF0F03" w:rsidRDefault="00CF0F03">
            <w:r>
              <w:t>4888</w:t>
            </w:r>
          </w:p>
        </w:tc>
        <w:tc>
          <w:tcPr>
            <w:tcW w:w="4378" w:type="dxa"/>
          </w:tcPr>
          <w:p w:rsidR="00CF0F03" w:rsidRDefault="00450DBE">
            <w:r>
              <w:t xml:space="preserve">ΦΙΡΛΙΓΚΟΥ </w:t>
            </w:r>
            <w:r w:rsidRPr="00450DBE">
              <w:t>ΠΑΝΑΓΙΩΤΑ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23</w:t>
            </w:r>
          </w:p>
        </w:tc>
        <w:tc>
          <w:tcPr>
            <w:tcW w:w="973" w:type="dxa"/>
          </w:tcPr>
          <w:p w:rsidR="00CF0F03" w:rsidRDefault="00CF0F03">
            <w:r>
              <w:t>4282</w:t>
            </w:r>
          </w:p>
        </w:tc>
        <w:tc>
          <w:tcPr>
            <w:tcW w:w="4378" w:type="dxa"/>
          </w:tcPr>
          <w:p w:rsidR="00CF0F03" w:rsidRDefault="00450DBE">
            <w:r>
              <w:t xml:space="preserve">ΦΛΙΝΔΡΗΣ </w:t>
            </w:r>
            <w:r w:rsidRPr="00450DBE">
              <w:t>ΙΩΑΝΝΗΣ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24</w:t>
            </w:r>
          </w:p>
        </w:tc>
        <w:tc>
          <w:tcPr>
            <w:tcW w:w="973" w:type="dxa"/>
          </w:tcPr>
          <w:p w:rsidR="00CF0F03" w:rsidRDefault="00CF0F03">
            <w:r>
              <w:t>4798</w:t>
            </w:r>
          </w:p>
        </w:tc>
        <w:tc>
          <w:tcPr>
            <w:tcW w:w="4378" w:type="dxa"/>
          </w:tcPr>
          <w:p w:rsidR="00CF0F03" w:rsidRDefault="00450DBE">
            <w:r>
              <w:t xml:space="preserve">ΦΡΑΓΚΙΑΔΆΚΗΣ </w:t>
            </w:r>
            <w:r w:rsidRPr="00450DBE">
              <w:t>ΓΡΗΓΌΡΙΟΣ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25</w:t>
            </w:r>
          </w:p>
        </w:tc>
        <w:tc>
          <w:tcPr>
            <w:tcW w:w="973" w:type="dxa"/>
          </w:tcPr>
          <w:p w:rsidR="00CF0F03" w:rsidRDefault="00CF0F03">
            <w:r>
              <w:t>4506</w:t>
            </w:r>
          </w:p>
        </w:tc>
        <w:tc>
          <w:tcPr>
            <w:tcW w:w="4378" w:type="dxa"/>
          </w:tcPr>
          <w:p w:rsidR="00CF0F03" w:rsidRDefault="00450DBE">
            <w:r>
              <w:t xml:space="preserve">ΦΡΑΓΚΟΠΟΥΛΟΣ </w:t>
            </w:r>
            <w:r w:rsidRPr="00450DBE">
              <w:t>ΣΤΕΦΑΝΟΣ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26</w:t>
            </w:r>
          </w:p>
        </w:tc>
        <w:tc>
          <w:tcPr>
            <w:tcW w:w="973" w:type="dxa"/>
          </w:tcPr>
          <w:p w:rsidR="00CF0F03" w:rsidRDefault="00CF0F03">
            <w:r>
              <w:t>4795</w:t>
            </w:r>
          </w:p>
        </w:tc>
        <w:tc>
          <w:tcPr>
            <w:tcW w:w="4378" w:type="dxa"/>
          </w:tcPr>
          <w:p w:rsidR="00CF0F03" w:rsidRDefault="00450DBE">
            <w:r>
              <w:t xml:space="preserve">ΦΡΑΝΤΖΕΣΚΑΚΗ </w:t>
            </w:r>
            <w:r w:rsidRPr="00450DBE">
              <w:t>ΔΕΣΠΟΙΝΑ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27</w:t>
            </w:r>
          </w:p>
        </w:tc>
        <w:tc>
          <w:tcPr>
            <w:tcW w:w="973" w:type="dxa"/>
          </w:tcPr>
          <w:p w:rsidR="00CF0F03" w:rsidRDefault="00CF0F03">
            <w:r>
              <w:t>4347</w:t>
            </w:r>
          </w:p>
        </w:tc>
        <w:tc>
          <w:tcPr>
            <w:tcW w:w="4378" w:type="dxa"/>
          </w:tcPr>
          <w:p w:rsidR="00CF0F03" w:rsidRDefault="00450DBE">
            <w:r>
              <w:t xml:space="preserve">ΧΑΜΠΈΚΟΥ </w:t>
            </w:r>
            <w:r w:rsidRPr="00450DBE">
              <w:t>ΚΑΝΈΛΛΑ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28</w:t>
            </w:r>
          </w:p>
        </w:tc>
        <w:tc>
          <w:tcPr>
            <w:tcW w:w="973" w:type="dxa"/>
          </w:tcPr>
          <w:p w:rsidR="00CF0F03" w:rsidRDefault="00CF0F03">
            <w:r>
              <w:t>4891</w:t>
            </w:r>
          </w:p>
        </w:tc>
        <w:tc>
          <w:tcPr>
            <w:tcW w:w="4378" w:type="dxa"/>
          </w:tcPr>
          <w:p w:rsidR="00CF0F03" w:rsidRDefault="00450DBE" w:rsidP="00450DBE">
            <w:r>
              <w:t xml:space="preserve">ΧΑΡΑΛΑ </w:t>
            </w:r>
            <w:r w:rsidRPr="00450DBE">
              <w:t>ΟΥΡΑΝΙΑ-ΜΑΡΙΑ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29</w:t>
            </w:r>
          </w:p>
        </w:tc>
        <w:tc>
          <w:tcPr>
            <w:tcW w:w="973" w:type="dxa"/>
          </w:tcPr>
          <w:p w:rsidR="00CF0F03" w:rsidRDefault="00CF0F03">
            <w:r>
              <w:t>4401</w:t>
            </w:r>
          </w:p>
        </w:tc>
        <w:tc>
          <w:tcPr>
            <w:tcW w:w="4378" w:type="dxa"/>
          </w:tcPr>
          <w:p w:rsidR="00CF0F03" w:rsidRDefault="00450DBE">
            <w:r>
              <w:t xml:space="preserve">ΧΑΡΑΛΑΜΠΑΚΗ </w:t>
            </w:r>
            <w:r w:rsidRPr="00450DBE">
              <w:t>ΓΕΩΡ</w:t>
            </w:r>
            <w:bookmarkStart w:id="0" w:name="_GoBack"/>
            <w:bookmarkEnd w:id="0"/>
            <w:r w:rsidRPr="00450DBE">
              <w:t>ΓΙΑ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30</w:t>
            </w:r>
          </w:p>
        </w:tc>
        <w:tc>
          <w:tcPr>
            <w:tcW w:w="973" w:type="dxa"/>
          </w:tcPr>
          <w:p w:rsidR="00CF0F03" w:rsidRDefault="00CF0F03">
            <w:r>
              <w:t>4266</w:t>
            </w:r>
          </w:p>
        </w:tc>
        <w:tc>
          <w:tcPr>
            <w:tcW w:w="4378" w:type="dxa"/>
          </w:tcPr>
          <w:p w:rsidR="00CF0F03" w:rsidRDefault="00450DBE">
            <w:r w:rsidRPr="00450DBE">
              <w:t>ΧΑΣΟΥΡΑΚΗΣ</w:t>
            </w:r>
            <w:r w:rsidRPr="00450DBE">
              <w:tab/>
              <w:t>ΕΜΜΑΝΟΥΗΛ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31</w:t>
            </w:r>
          </w:p>
        </w:tc>
        <w:tc>
          <w:tcPr>
            <w:tcW w:w="973" w:type="dxa"/>
          </w:tcPr>
          <w:p w:rsidR="00CF0F03" w:rsidRDefault="00CF0F03">
            <w:r>
              <w:t>4064</w:t>
            </w:r>
          </w:p>
        </w:tc>
        <w:tc>
          <w:tcPr>
            <w:tcW w:w="4378" w:type="dxa"/>
          </w:tcPr>
          <w:p w:rsidR="00CF0F03" w:rsidRDefault="00450DBE">
            <w:r>
              <w:t xml:space="preserve">ΧΛΌΠΤΣΙΟΥ </w:t>
            </w:r>
            <w:r w:rsidRPr="00450DBE">
              <w:t>ΜΑΡΊΑ</w:t>
            </w:r>
          </w:p>
        </w:tc>
        <w:tc>
          <w:tcPr>
            <w:tcW w:w="1560" w:type="dxa"/>
          </w:tcPr>
          <w:p w:rsidR="00CF0F03" w:rsidRDefault="00CF0F03"/>
        </w:tc>
      </w:tr>
      <w:tr w:rsidR="00CF0F03" w:rsidTr="00CF0F03">
        <w:tc>
          <w:tcPr>
            <w:tcW w:w="881" w:type="dxa"/>
          </w:tcPr>
          <w:p w:rsidR="00CF0F03" w:rsidRDefault="00CF0F03">
            <w:r>
              <w:t>32</w:t>
            </w:r>
          </w:p>
        </w:tc>
        <w:tc>
          <w:tcPr>
            <w:tcW w:w="973" w:type="dxa"/>
          </w:tcPr>
          <w:p w:rsidR="00CF0F03" w:rsidRDefault="00CF0F03">
            <w:r>
              <w:t>4258</w:t>
            </w:r>
          </w:p>
        </w:tc>
        <w:tc>
          <w:tcPr>
            <w:tcW w:w="4378" w:type="dxa"/>
          </w:tcPr>
          <w:p w:rsidR="00CF0F03" w:rsidRDefault="00450DBE">
            <w:r>
              <w:t xml:space="preserve">ΧΟΥΣΙΑΔΑ </w:t>
            </w:r>
            <w:r w:rsidRPr="00450DBE">
              <w:t>ΑΝΝΑ</w:t>
            </w:r>
          </w:p>
        </w:tc>
        <w:tc>
          <w:tcPr>
            <w:tcW w:w="1560" w:type="dxa"/>
          </w:tcPr>
          <w:p w:rsidR="00CF0F03" w:rsidRDefault="00CF0F03"/>
        </w:tc>
      </w:tr>
    </w:tbl>
    <w:p w:rsidR="00CA2EE8" w:rsidRDefault="00CA2EE8"/>
    <w:sectPr w:rsidR="00CA2EE8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135" w:rsidRDefault="00907135" w:rsidP="00AC0E4A">
      <w:pPr>
        <w:spacing w:after="0" w:line="240" w:lineRule="auto"/>
      </w:pPr>
      <w:r>
        <w:separator/>
      </w:r>
    </w:p>
  </w:endnote>
  <w:endnote w:type="continuationSeparator" w:id="0">
    <w:p w:rsidR="00907135" w:rsidRDefault="00907135" w:rsidP="00AC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34059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46048" w:rsidRDefault="00646048">
            <w:pPr>
              <w:pStyle w:val="a6"/>
              <w:jc w:val="center"/>
            </w:pPr>
            <w:r>
              <w:rPr>
                <w:lang w:val="el-GR"/>
              </w:rP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E4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l-GR"/>
              </w:rP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E4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46048" w:rsidRDefault="006460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135" w:rsidRDefault="00907135" w:rsidP="00AC0E4A">
      <w:pPr>
        <w:spacing w:after="0" w:line="240" w:lineRule="auto"/>
      </w:pPr>
      <w:r>
        <w:separator/>
      </w:r>
    </w:p>
  </w:footnote>
  <w:footnote w:type="continuationSeparator" w:id="0">
    <w:p w:rsidR="00907135" w:rsidRDefault="00907135" w:rsidP="00AC0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4F0E"/>
    <w:rsid w:val="0006063C"/>
    <w:rsid w:val="00136662"/>
    <w:rsid w:val="0014626A"/>
    <w:rsid w:val="0015074B"/>
    <w:rsid w:val="001E0756"/>
    <w:rsid w:val="00240093"/>
    <w:rsid w:val="00244532"/>
    <w:rsid w:val="00294AD3"/>
    <w:rsid w:val="0029639D"/>
    <w:rsid w:val="002A06BF"/>
    <w:rsid w:val="002A15C2"/>
    <w:rsid w:val="002C7EC7"/>
    <w:rsid w:val="003148AB"/>
    <w:rsid w:val="00326F90"/>
    <w:rsid w:val="00335835"/>
    <w:rsid w:val="003454E9"/>
    <w:rsid w:val="003570F7"/>
    <w:rsid w:val="00360EE2"/>
    <w:rsid w:val="003A4D2C"/>
    <w:rsid w:val="003C3F6E"/>
    <w:rsid w:val="00450DBE"/>
    <w:rsid w:val="00466F78"/>
    <w:rsid w:val="0050540F"/>
    <w:rsid w:val="00532DA0"/>
    <w:rsid w:val="00553D29"/>
    <w:rsid w:val="005736AA"/>
    <w:rsid w:val="0057643E"/>
    <w:rsid w:val="005B43B8"/>
    <w:rsid w:val="00646048"/>
    <w:rsid w:val="00682E9B"/>
    <w:rsid w:val="00687960"/>
    <w:rsid w:val="00694E4C"/>
    <w:rsid w:val="006E5661"/>
    <w:rsid w:val="006F427C"/>
    <w:rsid w:val="007720AB"/>
    <w:rsid w:val="00890B52"/>
    <w:rsid w:val="008B5083"/>
    <w:rsid w:val="00900CC4"/>
    <w:rsid w:val="00907135"/>
    <w:rsid w:val="0091504F"/>
    <w:rsid w:val="00952D5D"/>
    <w:rsid w:val="00956206"/>
    <w:rsid w:val="00966F3C"/>
    <w:rsid w:val="009A4D74"/>
    <w:rsid w:val="00A02AEB"/>
    <w:rsid w:val="00A51A37"/>
    <w:rsid w:val="00AA1D8D"/>
    <w:rsid w:val="00AC0E4A"/>
    <w:rsid w:val="00B47730"/>
    <w:rsid w:val="00B66BFB"/>
    <w:rsid w:val="00BF4366"/>
    <w:rsid w:val="00C03960"/>
    <w:rsid w:val="00C44621"/>
    <w:rsid w:val="00C46695"/>
    <w:rsid w:val="00C907D0"/>
    <w:rsid w:val="00CA2EE8"/>
    <w:rsid w:val="00CB0664"/>
    <w:rsid w:val="00CF0F03"/>
    <w:rsid w:val="00D16929"/>
    <w:rsid w:val="00D236FD"/>
    <w:rsid w:val="00D716FF"/>
    <w:rsid w:val="00E028E4"/>
    <w:rsid w:val="00E534C1"/>
    <w:rsid w:val="00F05845"/>
    <w:rsid w:val="00F3585B"/>
    <w:rsid w:val="00F81C69"/>
    <w:rsid w:val="00FA18F9"/>
    <w:rsid w:val="00FA6E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D8B170"/>
  <w14:defaultImageDpi w14:val="300"/>
  <w15:docId w15:val="{4E8F1C10-47F3-4D74-8428-604242D0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Balloon Text"/>
    <w:basedOn w:val="a1"/>
    <w:link w:val="Char7"/>
    <w:uiPriority w:val="99"/>
    <w:semiHidden/>
    <w:unhideWhenUsed/>
    <w:rsid w:val="00146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2"/>
    <w:link w:val="aff2"/>
    <w:uiPriority w:val="99"/>
    <w:semiHidden/>
    <w:rsid w:val="00146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82A76F-E45D-4321-8BC6-16EDB05D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5627</Characters>
  <Application>Microsoft Office Word</Application>
  <DocSecurity>0</DocSecurity>
  <Lines>46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ΒΟΥΤΣΙΝΟΥ</dc:creator>
  <cp:keywords/>
  <dc:description>generated by python-docx</dc:description>
  <cp:lastModifiedBy>Argyris</cp:lastModifiedBy>
  <cp:revision>2</cp:revision>
  <cp:lastPrinted>2026-07-08T06:34:00Z</cp:lastPrinted>
  <dcterms:created xsi:type="dcterms:W3CDTF">2026-07-08T07:19:00Z</dcterms:created>
  <dcterms:modified xsi:type="dcterms:W3CDTF">2026-07-08T07:19:00Z</dcterms:modified>
  <cp:category/>
</cp:coreProperties>
</file>